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9D0" w:rsidRPr="00745847" w:rsidRDefault="00745847" w:rsidP="00745847">
      <w:pPr>
        <w:pStyle w:val="Ttulo1"/>
        <w:spacing w:before="200" w:after="8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 w:cs="Arial"/>
          <w:sz w:val="20"/>
          <w:szCs w:val="20"/>
        </w:rPr>
        <w:lastRenderedPageBreak/>
        <w:t>ANEXO N° 1</w:t>
      </w:r>
    </w:p>
    <w:p w:rsidR="00DC39D0" w:rsidRPr="00745847" w:rsidRDefault="00745847" w:rsidP="00745847">
      <w:pPr>
        <w:pStyle w:val="Ttulo2"/>
        <w:spacing w:before="140" w:after="6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 w:cs="Arial"/>
          <w:color w:val="000000"/>
          <w:sz w:val="20"/>
          <w:szCs w:val="20"/>
        </w:rPr>
        <w:t>FICHA DE POSTULACIÓN Y CURRÍCULUM INSTITUCIONAL</w:t>
      </w:r>
    </w:p>
    <w:p w:rsidR="00DC39D0" w:rsidRPr="00745847" w:rsidRDefault="00745847" w:rsidP="00745847">
      <w:pPr>
        <w:keepLines/>
        <w:spacing w:after="160"/>
        <w:jc w:val="both"/>
        <w:rPr>
          <w:rFonts w:ascii="Reddit Sans" w:hAnsi="Reddit Sans"/>
          <w:sz w:val="20"/>
          <w:szCs w:val="20"/>
        </w:rPr>
      </w:pPr>
      <w:r>
        <w:rPr>
          <w:rFonts w:ascii="Reddit Sans" w:hAnsi="Reddit Sans"/>
          <w:color w:val="000000"/>
          <w:sz w:val="20"/>
          <w:szCs w:val="20"/>
        </w:rPr>
        <w:t>Cargo: Técnico/a, Planta de Técnicos, grado 13° E.M.S.</w:t>
      </w: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6480"/>
      </w:tblGrid>
      <w:tr w:rsidR="00DC39D0" w:rsidRPr="00745847">
        <w:trPr>
          <w:cantSplit/>
          <w:jc w:val="center"/>
        </w:trPr>
        <w:tc>
          <w:tcPr>
            <w:tcW w:w="36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b/>
                <w:color w:val="000000"/>
                <w:sz w:val="20"/>
                <w:szCs w:val="20"/>
              </w:rPr>
              <w:t>Nombre completo</w:t>
            </w:r>
          </w:p>
        </w:tc>
        <w:tc>
          <w:tcPr>
            <w:tcW w:w="64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36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b/>
                <w:color w:val="000000"/>
                <w:sz w:val="20"/>
                <w:szCs w:val="20"/>
              </w:rPr>
              <w:t>Cédula de identidad</w:t>
            </w:r>
          </w:p>
        </w:tc>
        <w:tc>
          <w:tcPr>
            <w:tcW w:w="64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36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b/>
                <w:color w:val="000000"/>
                <w:sz w:val="20"/>
                <w:szCs w:val="20"/>
              </w:rPr>
              <w:t>Domicilio</w:t>
            </w:r>
          </w:p>
        </w:tc>
        <w:tc>
          <w:tcPr>
            <w:tcW w:w="64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36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b/>
                <w:color w:val="000000"/>
                <w:sz w:val="20"/>
                <w:szCs w:val="20"/>
              </w:rPr>
              <w:t>Teléfono</w:t>
            </w:r>
          </w:p>
        </w:tc>
        <w:tc>
          <w:tcPr>
            <w:tcW w:w="64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36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b/>
                <w:color w:val="000000"/>
                <w:sz w:val="20"/>
                <w:szCs w:val="20"/>
              </w:rPr>
              <w:t>Correo electrónico</w:t>
            </w:r>
          </w:p>
        </w:tc>
        <w:tc>
          <w:tcPr>
            <w:tcW w:w="64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36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b/>
                <w:color w:val="000000"/>
                <w:sz w:val="20"/>
                <w:szCs w:val="20"/>
              </w:rPr>
              <w:t>Modalidad de entrevista solicitada</w:t>
            </w:r>
          </w:p>
        </w:tc>
        <w:tc>
          <w:tcPr>
            <w:tcW w:w="64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color w:val="000000"/>
                <w:sz w:val="20"/>
                <w:szCs w:val="20"/>
              </w:rPr>
              <w:t xml:space="preserve">Presencial </w:t>
            </w:r>
            <w:r w:rsidRPr="00745847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745847">
              <w:rPr>
                <w:rFonts w:ascii="Reddit Sans" w:hAnsi="Reddit Sans"/>
                <w:color w:val="000000"/>
                <w:sz w:val="20"/>
                <w:szCs w:val="20"/>
              </w:rPr>
              <w:t xml:space="preserve">    Videoconferencia </w:t>
            </w:r>
            <w:r w:rsidRPr="00745847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</w:tr>
      <w:tr w:rsidR="00DC39D0" w:rsidRPr="00745847">
        <w:trPr>
          <w:cantSplit/>
          <w:jc w:val="center"/>
        </w:trPr>
        <w:tc>
          <w:tcPr>
            <w:tcW w:w="36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b/>
                <w:color w:val="000000"/>
                <w:sz w:val="20"/>
                <w:szCs w:val="20"/>
              </w:rPr>
              <w:t>¿Requiere ajuste razonable para participar?</w:t>
            </w:r>
          </w:p>
        </w:tc>
        <w:tc>
          <w:tcPr>
            <w:tcW w:w="64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color w:val="000000"/>
                <w:sz w:val="20"/>
                <w:szCs w:val="20"/>
              </w:rPr>
              <w:t xml:space="preserve">No </w:t>
            </w:r>
            <w:r w:rsidRPr="00745847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745847">
              <w:rPr>
                <w:rFonts w:ascii="Reddit Sans" w:hAnsi="Reddit Sans"/>
                <w:color w:val="000000"/>
                <w:sz w:val="20"/>
                <w:szCs w:val="20"/>
              </w:rPr>
              <w:t xml:space="preserve">    S</w:t>
            </w:r>
            <w:r w:rsidRPr="00745847">
              <w:rPr>
                <w:rFonts w:ascii="Reddit Sans" w:hAnsi="Reddit Sans" w:cs="Reddit Sans"/>
                <w:color w:val="000000"/>
                <w:sz w:val="20"/>
                <w:szCs w:val="20"/>
              </w:rPr>
              <w:t>í</w:t>
            </w:r>
            <w:r w:rsidRPr="00745847">
              <w:rPr>
                <w:rFonts w:ascii="Reddit Sans" w:hAnsi="Reddit Sans"/>
                <w:color w:val="000000"/>
                <w:sz w:val="20"/>
                <w:szCs w:val="20"/>
              </w:rPr>
              <w:t xml:space="preserve"> </w:t>
            </w:r>
            <w:r w:rsidRPr="00745847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745847">
              <w:rPr>
                <w:rFonts w:ascii="Reddit Sans" w:hAnsi="Reddit Sans"/>
                <w:color w:val="000000"/>
                <w:sz w:val="20"/>
                <w:szCs w:val="20"/>
              </w:rPr>
              <w:t xml:space="preserve">   Indique el ajuste: __________________________</w:t>
            </w:r>
          </w:p>
        </w:tc>
      </w:tr>
    </w:tbl>
    <w:p w:rsidR="00DC39D0" w:rsidRPr="00745847" w:rsidRDefault="00745847" w:rsidP="00745847">
      <w:pPr>
        <w:pStyle w:val="Ttulo2"/>
        <w:spacing w:before="140" w:after="6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 w:cs="Arial"/>
          <w:color w:val="000000"/>
          <w:sz w:val="20"/>
          <w:szCs w:val="20"/>
        </w:rPr>
        <w:t>A. Formación académica</w:t>
      </w: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2700"/>
        <w:gridCol w:w="3300"/>
        <w:gridCol w:w="1200"/>
        <w:gridCol w:w="2880"/>
      </w:tblGrid>
      <w:tr w:rsidR="00DC39D0" w:rsidRPr="00745847">
        <w:trPr>
          <w:cantSplit/>
          <w:tblHeader/>
          <w:jc w:val="center"/>
        </w:trPr>
        <w:tc>
          <w:tcPr>
            <w:tcW w:w="2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 w:cs="Arial"/>
                <w:b/>
                <w:color w:val="000000"/>
                <w:sz w:val="20"/>
                <w:szCs w:val="20"/>
              </w:rPr>
              <w:t>Nivel / título</w:t>
            </w: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 w:cs="Arial"/>
                <w:b/>
                <w:color w:val="000000"/>
                <w:sz w:val="20"/>
                <w:szCs w:val="20"/>
              </w:rPr>
              <w:t>Institución</w:t>
            </w:r>
          </w:p>
        </w:tc>
        <w:tc>
          <w:tcPr>
            <w:tcW w:w="12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 w:cs="Arial"/>
                <w:b/>
                <w:color w:val="000000"/>
                <w:sz w:val="20"/>
                <w:szCs w:val="20"/>
              </w:rPr>
              <w:t>Año</w:t>
            </w:r>
          </w:p>
        </w:tc>
        <w:tc>
          <w:tcPr>
            <w:tcW w:w="28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 w:cs="Arial"/>
                <w:b/>
                <w:color w:val="000000"/>
                <w:sz w:val="20"/>
                <w:szCs w:val="20"/>
              </w:rPr>
              <w:t>Documento adjunto</w:t>
            </w:r>
          </w:p>
        </w:tc>
      </w:tr>
      <w:tr w:rsidR="00DC39D0" w:rsidRPr="00745847">
        <w:trPr>
          <w:cantSplit/>
          <w:jc w:val="center"/>
        </w:trPr>
        <w:tc>
          <w:tcPr>
            <w:tcW w:w="2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2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2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2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</w:tbl>
    <w:p w:rsidR="00DC39D0" w:rsidRPr="00745847" w:rsidRDefault="00745847" w:rsidP="00745847">
      <w:pPr>
        <w:pStyle w:val="Ttulo2"/>
        <w:spacing w:before="140" w:after="6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 w:cs="Arial"/>
          <w:color w:val="000000"/>
          <w:sz w:val="20"/>
          <w:szCs w:val="20"/>
        </w:rPr>
        <w:t>B. Capacitación</w:t>
      </w: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3700"/>
        <w:gridCol w:w="3300"/>
        <w:gridCol w:w="1400"/>
        <w:gridCol w:w="1680"/>
      </w:tblGrid>
      <w:tr w:rsidR="00DC39D0" w:rsidRPr="00745847">
        <w:trPr>
          <w:cantSplit/>
          <w:tblHeader/>
          <w:jc w:val="center"/>
        </w:trPr>
        <w:tc>
          <w:tcPr>
            <w:tcW w:w="3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 w:cs="Arial"/>
                <w:b/>
                <w:color w:val="000000"/>
                <w:sz w:val="20"/>
                <w:szCs w:val="20"/>
              </w:rPr>
              <w:t>Curso</w:t>
            </w: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 w:cs="Arial"/>
                <w:b/>
                <w:color w:val="000000"/>
                <w:sz w:val="20"/>
                <w:szCs w:val="20"/>
              </w:rPr>
              <w:t>Institución</w:t>
            </w:r>
          </w:p>
        </w:tc>
        <w:tc>
          <w:tcPr>
            <w:tcW w:w="1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 w:cs="Arial"/>
                <w:b/>
                <w:color w:val="000000"/>
                <w:sz w:val="20"/>
                <w:szCs w:val="20"/>
              </w:rPr>
              <w:t>Año</w:t>
            </w: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 w:cs="Arial"/>
                <w:b/>
                <w:color w:val="000000"/>
                <w:sz w:val="20"/>
                <w:szCs w:val="20"/>
              </w:rPr>
              <w:t>Horas</w:t>
            </w:r>
          </w:p>
        </w:tc>
      </w:tr>
      <w:tr w:rsidR="00DC39D0" w:rsidRPr="00745847">
        <w:trPr>
          <w:cantSplit/>
          <w:jc w:val="center"/>
        </w:trPr>
        <w:tc>
          <w:tcPr>
            <w:tcW w:w="3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3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3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3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3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3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</w:tbl>
    <w:p w:rsidR="00DC39D0" w:rsidRPr="00745847" w:rsidRDefault="00745847" w:rsidP="00745847">
      <w:pPr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/>
          <w:sz w:val="20"/>
          <w:szCs w:val="20"/>
        </w:rPr>
        <w:br w:type="page"/>
      </w:r>
    </w:p>
    <w:p w:rsidR="00DC39D0" w:rsidRPr="00745847" w:rsidRDefault="00745847" w:rsidP="00745847">
      <w:pPr>
        <w:pStyle w:val="Ttulo1"/>
        <w:spacing w:before="200" w:after="8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 w:cs="Arial"/>
          <w:sz w:val="20"/>
          <w:szCs w:val="20"/>
        </w:rPr>
        <w:lastRenderedPageBreak/>
        <w:t>ANEXO N° 1 - CONTINUACIÓN</w:t>
      </w:r>
    </w:p>
    <w:p w:rsidR="00DC39D0" w:rsidRPr="00745847" w:rsidRDefault="00745847" w:rsidP="00745847">
      <w:pPr>
        <w:pStyle w:val="Ttulo2"/>
        <w:spacing w:before="140" w:after="6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 w:cs="Arial"/>
          <w:color w:val="000000"/>
          <w:sz w:val="20"/>
          <w:szCs w:val="20"/>
        </w:rPr>
        <w:t>C. Experiencia laboral</w:t>
      </w: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2400"/>
        <w:gridCol w:w="3300"/>
        <w:gridCol w:w="1350"/>
        <w:gridCol w:w="1350"/>
        <w:gridCol w:w="1680"/>
      </w:tblGrid>
      <w:tr w:rsidR="00DC39D0" w:rsidRPr="00745847">
        <w:trPr>
          <w:cantSplit/>
          <w:tblHeader/>
          <w:jc w:val="center"/>
        </w:trPr>
        <w:tc>
          <w:tcPr>
            <w:tcW w:w="2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 w:cs="Arial"/>
                <w:b/>
                <w:color w:val="000000"/>
                <w:sz w:val="20"/>
                <w:szCs w:val="20"/>
              </w:rPr>
              <w:t>Institución / empleador</w:t>
            </w: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>
              <w:rPr>
                <w:rFonts w:ascii="Reddit Sans" w:hAnsi="Reddit Sans" w:cs="Arial"/>
                <w:b/>
                <w:color w:val="000000"/>
                <w:sz w:val="20"/>
                <w:szCs w:val="20"/>
              </w:rPr>
              <w:t>Cargo y funciones técnicas</w:t>
            </w: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 w:cs="Arial"/>
                <w:b/>
                <w:color w:val="000000"/>
                <w:sz w:val="20"/>
                <w:szCs w:val="20"/>
              </w:rPr>
              <w:t>Inicio</w:t>
            </w: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 w:cs="Arial"/>
                <w:b/>
                <w:color w:val="000000"/>
                <w:sz w:val="20"/>
                <w:szCs w:val="20"/>
              </w:rPr>
              <w:t>Término</w:t>
            </w: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 w:cs="Arial"/>
                <w:b/>
                <w:color w:val="000000"/>
                <w:sz w:val="20"/>
                <w:szCs w:val="20"/>
              </w:rPr>
              <w:t>Documento</w:t>
            </w:r>
          </w:p>
        </w:tc>
      </w:tr>
      <w:tr w:rsidR="00DC39D0" w:rsidRPr="00745847">
        <w:trPr>
          <w:cantSplit/>
          <w:jc w:val="center"/>
        </w:trPr>
        <w:tc>
          <w:tcPr>
            <w:tcW w:w="2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2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2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2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2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2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2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2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2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2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</w:tbl>
    <w:p w:rsidR="00DC39D0" w:rsidRDefault="00745847" w:rsidP="00745847">
      <w:pPr>
        <w:keepLines/>
        <w:spacing w:before="140" w:after="160"/>
        <w:jc w:val="both"/>
        <w:rPr>
          <w:rFonts w:ascii="Reddit Sans" w:hAnsi="Reddit Sans"/>
          <w:color w:val="000000"/>
          <w:sz w:val="20"/>
          <w:szCs w:val="20"/>
        </w:rPr>
      </w:pPr>
      <w:r w:rsidRPr="00745847">
        <w:rPr>
          <w:rFonts w:ascii="Reddit Sans" w:hAnsi="Reddit Sans"/>
          <w:color w:val="000000"/>
          <w:sz w:val="20"/>
          <w:szCs w:val="20"/>
        </w:rPr>
        <w:t>Declaro que la información entregada es completa y veraz, que conozco y acepto las bases y que autorizo a la Municipalidad para verificar los antecedentes presentados dentro del marco legal.</w:t>
      </w:r>
    </w:p>
    <w:p w:rsidR="0040692E" w:rsidRDefault="0040692E" w:rsidP="00745847">
      <w:pPr>
        <w:keepLines/>
        <w:spacing w:before="140" w:after="160"/>
        <w:jc w:val="both"/>
        <w:rPr>
          <w:rFonts w:ascii="Reddit Sans" w:hAnsi="Reddit Sans"/>
          <w:color w:val="000000"/>
          <w:sz w:val="20"/>
          <w:szCs w:val="20"/>
        </w:rPr>
      </w:pPr>
    </w:p>
    <w:p w:rsidR="0040692E" w:rsidRDefault="0040692E" w:rsidP="00745847">
      <w:pPr>
        <w:keepLines/>
        <w:spacing w:before="140" w:after="160"/>
        <w:jc w:val="both"/>
        <w:rPr>
          <w:rFonts w:ascii="Reddit Sans" w:hAnsi="Reddit Sans"/>
          <w:color w:val="000000"/>
          <w:sz w:val="20"/>
          <w:szCs w:val="20"/>
        </w:rPr>
      </w:pPr>
    </w:p>
    <w:p w:rsidR="0040692E" w:rsidRDefault="0040692E" w:rsidP="00745847">
      <w:pPr>
        <w:keepLines/>
        <w:spacing w:before="140" w:after="160"/>
        <w:jc w:val="both"/>
        <w:rPr>
          <w:rFonts w:ascii="Reddit Sans" w:hAnsi="Reddit Sans"/>
          <w:color w:val="000000"/>
          <w:sz w:val="20"/>
          <w:szCs w:val="20"/>
        </w:rPr>
      </w:pPr>
    </w:p>
    <w:p w:rsidR="0040692E" w:rsidRPr="00745847" w:rsidRDefault="0040692E" w:rsidP="00745847">
      <w:pPr>
        <w:keepLines/>
        <w:spacing w:before="140" w:after="160"/>
        <w:jc w:val="both"/>
        <w:rPr>
          <w:rFonts w:ascii="Reddit Sans" w:hAnsi="Reddit Sans"/>
          <w:sz w:val="20"/>
          <w:szCs w:val="20"/>
        </w:rPr>
      </w:pP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DC39D0" w:rsidRPr="00745847">
        <w:trPr>
          <w:trHeight w:val="299"/>
          <w:jc w:val="center"/>
        </w:trPr>
        <w:tc>
          <w:tcPr>
            <w:tcW w:w="3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40692E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>
              <w:rPr>
                <w:rFonts w:ascii="Reddit Sans" w:hAnsi="Reddit Sans"/>
                <w:color w:val="000000"/>
                <w:sz w:val="20"/>
                <w:szCs w:val="20"/>
              </w:rPr>
              <w:t>_______________________________</w:t>
            </w:r>
            <w:r w:rsidR="00745847" w:rsidRPr="00745847">
              <w:rPr>
                <w:rFonts w:ascii="Reddit Sans" w:hAnsi="Reddit Sans"/>
                <w:color w:val="000000"/>
                <w:sz w:val="20"/>
                <w:szCs w:val="20"/>
              </w:rPr>
              <w:br/>
              <w:t>Firma</w:t>
            </w:r>
          </w:p>
        </w:tc>
        <w:tc>
          <w:tcPr>
            <w:tcW w:w="3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40692E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>
              <w:rPr>
                <w:rFonts w:ascii="Reddit Sans" w:hAnsi="Reddit Sans"/>
                <w:color w:val="000000"/>
                <w:sz w:val="20"/>
                <w:szCs w:val="20"/>
              </w:rPr>
              <w:t>_______________________________</w:t>
            </w:r>
            <w:r w:rsidR="00745847" w:rsidRPr="00745847">
              <w:rPr>
                <w:rFonts w:ascii="Reddit Sans" w:hAnsi="Reddit Sans"/>
                <w:color w:val="000000"/>
                <w:sz w:val="20"/>
                <w:szCs w:val="20"/>
              </w:rPr>
              <w:br/>
              <w:t>Nombre</w:t>
            </w:r>
          </w:p>
        </w:tc>
        <w:tc>
          <w:tcPr>
            <w:tcW w:w="3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color w:val="000000"/>
                <w:sz w:val="20"/>
                <w:szCs w:val="20"/>
              </w:rPr>
              <w:t>____ / ____ / 2026</w:t>
            </w:r>
            <w:r w:rsidRPr="00745847">
              <w:rPr>
                <w:rFonts w:ascii="Reddit Sans" w:hAnsi="Reddit Sans"/>
                <w:color w:val="000000"/>
                <w:sz w:val="20"/>
                <w:szCs w:val="20"/>
              </w:rPr>
              <w:br/>
              <w:t>Fecha</w:t>
            </w:r>
          </w:p>
        </w:tc>
      </w:tr>
      <w:tr w:rsidR="00DC39D0" w:rsidRPr="00745847">
        <w:trPr>
          <w:trHeight w:val="414"/>
          <w:jc w:val="center"/>
        </w:trPr>
        <w:tc>
          <w:tcPr>
            <w:tcW w:w="3360" w:type="dxa"/>
            <w:vMerge/>
          </w:tcPr>
          <w:p w:rsidR="00DC39D0" w:rsidRPr="00745847" w:rsidRDefault="00DC39D0" w:rsidP="00745847">
            <w:pPr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60" w:type="dxa"/>
            <w:vMerge/>
          </w:tcPr>
          <w:p w:rsidR="00DC39D0" w:rsidRPr="00745847" w:rsidRDefault="00DC39D0" w:rsidP="00745847">
            <w:pPr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60" w:type="dxa"/>
            <w:vMerge/>
          </w:tcPr>
          <w:p w:rsidR="00DC39D0" w:rsidRPr="00745847" w:rsidRDefault="00DC39D0" w:rsidP="00745847">
            <w:pPr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</w:tbl>
    <w:p w:rsidR="00DC39D0" w:rsidRPr="00745847" w:rsidRDefault="00745847" w:rsidP="00745847">
      <w:pPr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/>
          <w:sz w:val="20"/>
          <w:szCs w:val="20"/>
        </w:rPr>
        <w:br w:type="page"/>
      </w:r>
    </w:p>
    <w:p w:rsidR="00DC39D0" w:rsidRPr="00745847" w:rsidRDefault="00745847" w:rsidP="00745847">
      <w:pPr>
        <w:pStyle w:val="Ttulo1"/>
        <w:spacing w:before="200" w:after="8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 w:cs="Arial"/>
          <w:sz w:val="20"/>
          <w:szCs w:val="20"/>
        </w:rPr>
        <w:lastRenderedPageBreak/>
        <w:t>ANEXO N° 2</w:t>
      </w:r>
    </w:p>
    <w:p w:rsidR="00DC39D0" w:rsidRPr="00745847" w:rsidRDefault="00745847" w:rsidP="00745847">
      <w:pPr>
        <w:pStyle w:val="Ttulo2"/>
        <w:spacing w:before="140" w:after="6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 w:cs="Arial"/>
          <w:color w:val="000000"/>
          <w:sz w:val="20"/>
          <w:szCs w:val="20"/>
        </w:rPr>
        <w:t>DECLARACIÓN JURADA SIMPLE DE SALUD COMPATIBLE</w:t>
      </w:r>
    </w:p>
    <w:p w:rsidR="00DC39D0" w:rsidRPr="00745847" w:rsidRDefault="00745847" w:rsidP="00745847">
      <w:pPr>
        <w:keepLines/>
        <w:spacing w:after="280"/>
        <w:jc w:val="both"/>
        <w:rPr>
          <w:rFonts w:ascii="Reddit Sans" w:hAnsi="Reddit Sans"/>
          <w:sz w:val="20"/>
          <w:szCs w:val="20"/>
        </w:rPr>
      </w:pPr>
      <w:r>
        <w:rPr>
          <w:rFonts w:ascii="Reddit Sans" w:hAnsi="Reddit Sans"/>
          <w:color w:val="000000"/>
          <w:sz w:val="20"/>
          <w:szCs w:val="20"/>
        </w:rPr>
        <w:t>Cargo: Técnico/a, Planta de Técnicos, grado 13° E.M.S.</w:t>
      </w: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3300"/>
        <w:gridCol w:w="6780"/>
      </w:tblGrid>
      <w:tr w:rsidR="00DC39D0" w:rsidRPr="00745847">
        <w:trPr>
          <w:cantSplit/>
          <w:jc w:val="center"/>
        </w:trPr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b/>
                <w:color w:val="000000"/>
                <w:sz w:val="20"/>
                <w:szCs w:val="20"/>
              </w:rPr>
              <w:t>Nombre completo</w:t>
            </w:r>
          </w:p>
        </w:tc>
        <w:tc>
          <w:tcPr>
            <w:tcW w:w="67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b/>
                <w:color w:val="000000"/>
                <w:sz w:val="20"/>
                <w:szCs w:val="20"/>
              </w:rPr>
              <w:t>Cédula de identidad</w:t>
            </w:r>
          </w:p>
        </w:tc>
        <w:tc>
          <w:tcPr>
            <w:tcW w:w="67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b/>
                <w:color w:val="000000"/>
                <w:sz w:val="20"/>
                <w:szCs w:val="20"/>
              </w:rPr>
              <w:t>Domicilio</w:t>
            </w:r>
          </w:p>
        </w:tc>
        <w:tc>
          <w:tcPr>
            <w:tcW w:w="67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b/>
                <w:color w:val="000000"/>
                <w:sz w:val="20"/>
                <w:szCs w:val="20"/>
              </w:rPr>
              <w:t>Correo electrónico</w:t>
            </w:r>
          </w:p>
        </w:tc>
        <w:tc>
          <w:tcPr>
            <w:tcW w:w="67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</w:tbl>
    <w:p w:rsidR="00DC39D0" w:rsidRPr="00BA0EA9" w:rsidRDefault="00745847" w:rsidP="00745847">
      <w:pPr>
        <w:keepLines/>
        <w:spacing w:before="320" w:after="200"/>
        <w:jc w:val="both"/>
        <w:rPr>
          <w:rFonts w:ascii="Reddit Sans" w:hAnsi="Reddit Sans"/>
          <w:sz w:val="20"/>
          <w:szCs w:val="20"/>
        </w:rPr>
      </w:pPr>
      <w:r w:rsidRPr="00BA0EA9">
        <w:rPr>
          <w:rFonts w:ascii="Reddit Sans" w:hAnsi="Reddit Sans"/>
          <w:color w:val="000000"/>
          <w:sz w:val="20"/>
          <w:szCs w:val="20"/>
        </w:rPr>
        <w:t>Declaro bajo juramento que tengo salud compatible con el desempeño del cargo al cual postulo, para efectos de lo dispuesto en el artículo 10, letra c), y en el artículo 18 de la Ley N° 18.883.</w:t>
      </w:r>
    </w:p>
    <w:p w:rsidR="00DC39D0" w:rsidRPr="00BA0EA9" w:rsidRDefault="00745847" w:rsidP="00745847">
      <w:pPr>
        <w:keepLines/>
        <w:spacing w:after="200"/>
        <w:jc w:val="both"/>
        <w:rPr>
          <w:rFonts w:ascii="Reddit Sans" w:hAnsi="Reddit Sans"/>
          <w:sz w:val="20"/>
          <w:szCs w:val="20"/>
        </w:rPr>
      </w:pPr>
      <w:r w:rsidRPr="00BA0EA9">
        <w:rPr>
          <w:rFonts w:ascii="Reddit Sans" w:hAnsi="Reddit Sans"/>
          <w:color w:val="000000"/>
          <w:sz w:val="20"/>
          <w:szCs w:val="20"/>
        </w:rPr>
        <w:t>Declaro conocer que, si resulto seleccionado/a, deberé acreditar este requisito mediante certificación del Servicio de Salud correspondiente y dentro del plazo indicado por la Municipalidad. Asimismo, declaro conocer que la falsedad de esta declaración podrá generar las responsabilidades previstas en el artículo 210 del Código Penal y las demás que correspondan.</w:t>
      </w:r>
    </w:p>
    <w:p w:rsidR="00DC39D0" w:rsidRDefault="00745847" w:rsidP="00745847">
      <w:pPr>
        <w:keepLines/>
        <w:spacing w:after="480"/>
        <w:jc w:val="both"/>
        <w:rPr>
          <w:rFonts w:ascii="Reddit Sans" w:hAnsi="Reddit Sans"/>
          <w:color w:val="000000"/>
          <w:sz w:val="20"/>
          <w:szCs w:val="20"/>
        </w:rPr>
      </w:pPr>
      <w:r w:rsidRPr="00BA0EA9">
        <w:rPr>
          <w:rFonts w:ascii="Reddit Sans" w:hAnsi="Reddit Sans"/>
          <w:color w:val="000000"/>
          <w:sz w:val="20"/>
          <w:szCs w:val="20"/>
        </w:rPr>
        <w:t>La existencia de una calificación o certificación de discapacidad o de una pensión de invalidez no constituye, por sí sola, una declaración de incompatibilidad de salud.</w:t>
      </w:r>
    </w:p>
    <w:p w:rsidR="0040692E" w:rsidRDefault="0040692E" w:rsidP="00745847">
      <w:pPr>
        <w:keepLines/>
        <w:spacing w:after="480"/>
        <w:jc w:val="both"/>
        <w:rPr>
          <w:rFonts w:ascii="Reddit Sans" w:hAnsi="Reddit Sans"/>
          <w:color w:val="000000"/>
          <w:sz w:val="20"/>
          <w:szCs w:val="20"/>
        </w:rPr>
      </w:pPr>
    </w:p>
    <w:p w:rsidR="0040692E" w:rsidRDefault="0040692E" w:rsidP="00745847">
      <w:pPr>
        <w:keepLines/>
        <w:spacing w:after="480"/>
        <w:jc w:val="both"/>
        <w:rPr>
          <w:rFonts w:ascii="Reddit Sans" w:hAnsi="Reddit Sans"/>
          <w:color w:val="000000"/>
          <w:sz w:val="20"/>
          <w:szCs w:val="20"/>
        </w:rPr>
      </w:pPr>
    </w:p>
    <w:p w:rsidR="0040692E" w:rsidRPr="00BA0EA9" w:rsidRDefault="0040692E" w:rsidP="00745847">
      <w:pPr>
        <w:keepLines/>
        <w:spacing w:after="480"/>
        <w:jc w:val="both"/>
        <w:rPr>
          <w:rFonts w:ascii="Reddit Sans" w:hAnsi="Reddit Sans"/>
          <w:sz w:val="20"/>
          <w:szCs w:val="20"/>
        </w:rPr>
      </w:pP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DC39D0" w:rsidRPr="00745847">
        <w:trPr>
          <w:jc w:val="center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40692E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>
              <w:rPr>
                <w:rFonts w:ascii="Reddit Sans" w:hAnsi="Reddit Sans"/>
                <w:color w:val="000000"/>
                <w:sz w:val="20"/>
                <w:szCs w:val="20"/>
              </w:rPr>
              <w:t>___________________________</w:t>
            </w:r>
            <w:r w:rsidR="00745847" w:rsidRPr="00745847">
              <w:rPr>
                <w:rFonts w:ascii="Reddit Sans" w:hAnsi="Reddit Sans"/>
                <w:color w:val="000000"/>
                <w:sz w:val="20"/>
                <w:szCs w:val="20"/>
              </w:rPr>
              <w:br/>
              <w:t>Firma de la persona declarante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color w:val="000000"/>
                <w:sz w:val="20"/>
                <w:szCs w:val="20"/>
              </w:rPr>
              <w:t>Puerto Williams, ____ de __________________ de 2026</w:t>
            </w:r>
          </w:p>
        </w:tc>
      </w:tr>
    </w:tbl>
    <w:p w:rsidR="00DC39D0" w:rsidRPr="00745847" w:rsidRDefault="00745847" w:rsidP="00745847">
      <w:pPr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/>
          <w:sz w:val="20"/>
          <w:szCs w:val="20"/>
        </w:rPr>
        <w:br w:type="page"/>
      </w:r>
    </w:p>
    <w:p w:rsidR="0040692E" w:rsidRDefault="0040692E" w:rsidP="00745847">
      <w:pPr>
        <w:pStyle w:val="Ttulo1"/>
        <w:spacing w:before="200" w:after="80"/>
        <w:jc w:val="both"/>
        <w:rPr>
          <w:rFonts w:ascii="Reddit Sans" w:hAnsi="Reddit Sans" w:cs="Arial"/>
          <w:sz w:val="20"/>
          <w:szCs w:val="20"/>
        </w:rPr>
      </w:pPr>
    </w:p>
    <w:p w:rsidR="00DC39D0" w:rsidRPr="00745847" w:rsidRDefault="00745847" w:rsidP="00745847">
      <w:pPr>
        <w:pStyle w:val="Ttulo1"/>
        <w:spacing w:before="200" w:after="8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 w:cs="Arial"/>
          <w:sz w:val="20"/>
          <w:szCs w:val="20"/>
        </w:rPr>
        <w:t>ANEXO N° 3</w:t>
      </w:r>
    </w:p>
    <w:p w:rsidR="00DC39D0" w:rsidRPr="00745847" w:rsidRDefault="00745847" w:rsidP="00745847">
      <w:pPr>
        <w:pStyle w:val="Ttulo2"/>
        <w:spacing w:before="140" w:after="6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 w:cs="Arial"/>
          <w:color w:val="000000"/>
          <w:sz w:val="20"/>
          <w:szCs w:val="20"/>
        </w:rPr>
        <w:t>DECLARACIÓN JURADA SIMPLE DE REQUISITOS E INHABILIDADES</w:t>
      </w:r>
    </w:p>
    <w:p w:rsidR="00DC39D0" w:rsidRPr="00745847" w:rsidRDefault="00745847" w:rsidP="00745847">
      <w:pPr>
        <w:keepLines/>
        <w:spacing w:after="240"/>
        <w:jc w:val="both"/>
        <w:rPr>
          <w:rFonts w:ascii="Reddit Sans" w:hAnsi="Reddit Sans"/>
          <w:sz w:val="20"/>
          <w:szCs w:val="20"/>
        </w:rPr>
      </w:pPr>
      <w:r>
        <w:rPr>
          <w:rFonts w:ascii="Reddit Sans" w:hAnsi="Reddit Sans"/>
          <w:color w:val="000000"/>
          <w:sz w:val="20"/>
          <w:szCs w:val="20"/>
        </w:rPr>
        <w:t>Cargo: Técnico/a, Planta de Técnicos, grado 13° E.M.S.</w:t>
      </w: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3300"/>
        <w:gridCol w:w="6780"/>
      </w:tblGrid>
      <w:tr w:rsidR="00DC39D0" w:rsidRPr="00745847">
        <w:trPr>
          <w:cantSplit/>
          <w:jc w:val="center"/>
        </w:trPr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b/>
                <w:color w:val="000000"/>
                <w:sz w:val="20"/>
                <w:szCs w:val="20"/>
              </w:rPr>
              <w:t>Nombre completo</w:t>
            </w:r>
          </w:p>
        </w:tc>
        <w:tc>
          <w:tcPr>
            <w:tcW w:w="67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b/>
                <w:color w:val="000000"/>
                <w:sz w:val="20"/>
                <w:szCs w:val="20"/>
              </w:rPr>
              <w:t>Cédula de identidad</w:t>
            </w:r>
          </w:p>
        </w:tc>
        <w:tc>
          <w:tcPr>
            <w:tcW w:w="67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b/>
                <w:color w:val="000000"/>
                <w:sz w:val="20"/>
                <w:szCs w:val="20"/>
              </w:rPr>
              <w:t>Domicilio</w:t>
            </w:r>
          </w:p>
        </w:tc>
        <w:tc>
          <w:tcPr>
            <w:tcW w:w="67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</w:tbl>
    <w:p w:rsidR="00DC39D0" w:rsidRPr="00745847" w:rsidRDefault="00745847" w:rsidP="00745847">
      <w:pPr>
        <w:keepLines/>
        <w:spacing w:before="24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/>
          <w:color w:val="000000"/>
          <w:sz w:val="20"/>
          <w:szCs w:val="20"/>
        </w:rPr>
        <w:t>Declaro bajo juramento que, a la fecha de esta declaración:</w:t>
      </w:r>
    </w:p>
    <w:p w:rsidR="00DC39D0" w:rsidRPr="00745847" w:rsidRDefault="00745847" w:rsidP="00745847">
      <w:pPr>
        <w:numPr>
          <w:ilvl w:val="0"/>
          <w:numId w:val="1"/>
        </w:numPr>
        <w:spacing w:after="6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/>
          <w:color w:val="000000"/>
          <w:sz w:val="20"/>
          <w:szCs w:val="20"/>
        </w:rPr>
        <w:t>No he cesado en un cargo público por calificación deficiente o medida disciplinaria dentro de los últimos cinco años, salvo que resulte aplicable la excepción prevista por la ley.</w:t>
      </w:r>
    </w:p>
    <w:p w:rsidR="00DC39D0" w:rsidRPr="00745847" w:rsidRDefault="00745847" w:rsidP="00745847">
      <w:pPr>
        <w:numPr>
          <w:ilvl w:val="0"/>
          <w:numId w:val="1"/>
        </w:numPr>
        <w:spacing w:after="60"/>
        <w:jc w:val="both"/>
        <w:rPr>
          <w:rFonts w:ascii="Reddit Sans" w:hAnsi="Reddit Sans"/>
          <w:sz w:val="20"/>
          <w:szCs w:val="20"/>
        </w:rPr>
      </w:pPr>
      <w:r>
        <w:rPr>
          <w:rFonts w:ascii="Reddit Sans" w:hAnsi="Reddit Sans"/>
          <w:color w:val="000000"/>
          <w:sz w:val="20"/>
          <w:szCs w:val="20"/>
        </w:rPr>
        <w:t>No estoy inhabilitado/a para el ejercicio de funciones o cargos públicos ni me hallo condenado/a por delito que tenga asignada pena de crimen o simple delito.</w:t>
      </w:r>
    </w:p>
    <w:p w:rsidR="00DC39D0" w:rsidRPr="00745847" w:rsidRDefault="00745847" w:rsidP="00745847">
      <w:pPr>
        <w:numPr>
          <w:ilvl w:val="0"/>
          <w:numId w:val="1"/>
        </w:numPr>
        <w:spacing w:after="6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/>
          <w:color w:val="000000"/>
          <w:sz w:val="20"/>
          <w:szCs w:val="20"/>
        </w:rPr>
        <w:t>No tengo vigentes ni suscribiré, por mí o por terceros, contratos o cauciones por 200 UTM o más con la Municipalidad; no mantengo litigios pendientes con ella fuera de las excepciones legales; y no me encuentro en las demás situaciones previstas en el artículo 54, letra a), del DFL N° 1/19.653.</w:t>
      </w:r>
    </w:p>
    <w:p w:rsidR="00DC39D0" w:rsidRPr="00745847" w:rsidRDefault="00745847" w:rsidP="00745847">
      <w:pPr>
        <w:numPr>
          <w:ilvl w:val="0"/>
          <w:numId w:val="1"/>
        </w:numPr>
        <w:spacing w:after="6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/>
          <w:color w:val="000000"/>
          <w:sz w:val="20"/>
          <w:szCs w:val="20"/>
        </w:rPr>
        <w:t>No tengo la calidad de cónyuge, hijo/a, adoptado/a ni pariente hasta el tercer grado de consanguinidad o segundo de afinidad, inclusive, respecto de las autoridades y funcionarios directivos de la Municipalidad hasta el nivel de jefe de departamento o equivalente, en los términos del artículo 54, letra b), del DFL N° 1/19.653.</w:t>
      </w:r>
    </w:p>
    <w:p w:rsidR="00DC39D0" w:rsidRPr="00745847" w:rsidRDefault="00745847" w:rsidP="00745847">
      <w:pPr>
        <w:numPr>
          <w:ilvl w:val="0"/>
          <w:numId w:val="1"/>
        </w:numPr>
        <w:spacing w:after="6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/>
          <w:color w:val="000000"/>
          <w:sz w:val="20"/>
          <w:szCs w:val="20"/>
        </w:rPr>
        <w:t>No me encuentro afecto/a a otra inhabilidad legal que impida mi ingreso a la Administración del Estado o el desempeño del cargo concursado.</w:t>
      </w:r>
    </w:p>
    <w:p w:rsidR="00DC39D0" w:rsidRDefault="00745847" w:rsidP="00745847">
      <w:pPr>
        <w:keepLines/>
        <w:spacing w:before="120" w:after="400"/>
        <w:jc w:val="both"/>
        <w:rPr>
          <w:rFonts w:ascii="Reddit Sans" w:hAnsi="Reddit Sans"/>
          <w:color w:val="000000"/>
          <w:sz w:val="20"/>
          <w:szCs w:val="20"/>
        </w:rPr>
      </w:pPr>
      <w:r w:rsidRPr="00745847">
        <w:rPr>
          <w:rFonts w:ascii="Reddit Sans" w:hAnsi="Reddit Sans"/>
          <w:color w:val="000000"/>
          <w:sz w:val="20"/>
          <w:szCs w:val="20"/>
        </w:rPr>
        <w:t>Declaro conocer que la Municipalidad verificará los requisitos legales que correspondan y que la falsedad de esta declaración podrá generar las responsabilidades del artículo 210 del Código Penal, la exclusión del concurso o el término de los efectos del nombramiento, según proceda.</w:t>
      </w:r>
    </w:p>
    <w:p w:rsidR="0040692E" w:rsidRDefault="0040692E" w:rsidP="00745847">
      <w:pPr>
        <w:keepLines/>
        <w:spacing w:before="120" w:after="400"/>
        <w:jc w:val="both"/>
        <w:rPr>
          <w:rFonts w:ascii="Reddit Sans" w:hAnsi="Reddit Sans"/>
          <w:color w:val="000000"/>
          <w:sz w:val="20"/>
          <w:szCs w:val="20"/>
        </w:rPr>
      </w:pPr>
    </w:p>
    <w:p w:rsidR="0040692E" w:rsidRDefault="0040692E" w:rsidP="00745847">
      <w:pPr>
        <w:keepLines/>
        <w:spacing w:before="120" w:after="400"/>
        <w:jc w:val="both"/>
        <w:rPr>
          <w:rFonts w:ascii="Reddit Sans" w:hAnsi="Reddit Sans"/>
          <w:color w:val="000000"/>
          <w:sz w:val="20"/>
          <w:szCs w:val="20"/>
        </w:rPr>
      </w:pPr>
    </w:p>
    <w:p w:rsidR="0040692E" w:rsidRPr="00745847" w:rsidRDefault="0040692E" w:rsidP="00745847">
      <w:pPr>
        <w:keepLines/>
        <w:spacing w:before="120" w:after="400"/>
        <w:jc w:val="both"/>
        <w:rPr>
          <w:rFonts w:ascii="Reddit Sans" w:hAnsi="Reddit Sans"/>
          <w:sz w:val="20"/>
          <w:szCs w:val="20"/>
        </w:rPr>
      </w:pP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DC39D0" w:rsidRPr="00745847">
        <w:trPr>
          <w:jc w:val="center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40692E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>
              <w:rPr>
                <w:rFonts w:ascii="Reddit Sans" w:hAnsi="Reddit Sans"/>
                <w:color w:val="000000"/>
                <w:sz w:val="20"/>
                <w:szCs w:val="20"/>
              </w:rPr>
              <w:t>____________________________</w:t>
            </w:r>
            <w:r w:rsidR="00745847" w:rsidRPr="00745847">
              <w:rPr>
                <w:rFonts w:ascii="Reddit Sans" w:hAnsi="Reddit Sans"/>
                <w:color w:val="000000"/>
                <w:sz w:val="20"/>
                <w:szCs w:val="20"/>
              </w:rPr>
              <w:br/>
              <w:t>Firma de la persona declarante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color w:val="000000"/>
                <w:sz w:val="20"/>
                <w:szCs w:val="20"/>
              </w:rPr>
              <w:t>Puerto Williams, ____ de __________________ de 2026</w:t>
            </w:r>
          </w:p>
        </w:tc>
      </w:tr>
    </w:tbl>
    <w:sectPr w:rsidR="00745847" w:rsidRPr="00745847" w:rsidSect="002E5620">
      <w:headerReference w:type="even" r:id="rId12"/>
      <w:headerReference w:type="default" r:id="rId13"/>
      <w:footerReference w:type="default" r:id="rId14"/>
      <w:pgSz w:w="18722" w:h="12242" w:orient="landscape" w:code="281"/>
      <w:pgMar w:top="1181" w:right="936" w:bottom="792" w:left="936" w:header="20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404" w:rsidRDefault="000E2404">
      <w:pPr>
        <w:spacing w:after="0" w:line="240" w:lineRule="auto"/>
      </w:pPr>
      <w:r>
        <w:separator/>
      </w:r>
    </w:p>
  </w:endnote>
  <w:endnote w:type="continuationSeparator" w:id="0">
    <w:p w:rsidR="000E2404" w:rsidRDefault="000E2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eddit Sans">
    <w:altName w:val="Times New Roman"/>
    <w:panose1 w:val="00000000000000000000"/>
    <w:charset w:val="00"/>
    <w:family w:val="auto"/>
    <w:pitch w:val="variable"/>
    <w:sig w:usb0="A00000FF" w:usb1="520060F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628" w:rsidRDefault="00FE0628">
    <w:pPr>
      <w:pStyle w:val="Piedepgina"/>
      <w:keepLines/>
      <w:jc w:val="right"/>
    </w:pPr>
    <w:r>
      <w:rPr>
        <w:rFonts w:ascii="Arial" w:hAnsi="Arial" w:cs="Arial"/>
        <w:color w:val="666666"/>
        <w:sz w:val="16"/>
      </w:rPr>
      <w:t xml:space="preserve">Página </w:t>
    </w:r>
    <w:r>
      <w:rPr>
        <w:rFonts w:ascii="Arial" w:hAnsi="Arial" w:cs="Arial"/>
        <w:color w:val="666666"/>
        <w:sz w:val="16"/>
      </w:rPr>
      <w:fldChar w:fldCharType="begin"/>
    </w:r>
    <w:r>
      <w:rPr>
        <w:rFonts w:ascii="Arial" w:hAnsi="Arial" w:cs="Arial"/>
        <w:color w:val="666666"/>
        <w:sz w:val="16"/>
      </w:rPr>
      <w:instrText>PAGE</w:instrText>
    </w:r>
    <w:r>
      <w:rPr>
        <w:rFonts w:ascii="Arial" w:hAnsi="Arial" w:cs="Arial"/>
        <w:color w:val="666666"/>
        <w:sz w:val="16"/>
      </w:rPr>
      <w:fldChar w:fldCharType="separate"/>
    </w:r>
    <w:r w:rsidR="002E5620">
      <w:rPr>
        <w:rFonts w:ascii="Arial" w:hAnsi="Arial" w:cs="Arial"/>
        <w:noProof/>
        <w:color w:val="666666"/>
        <w:sz w:val="16"/>
      </w:rPr>
      <w:t>9</w:t>
    </w:r>
    <w:r>
      <w:rPr>
        <w:rFonts w:ascii="Arial" w:hAnsi="Arial" w:cs="Arial"/>
        <w:color w:val="666666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628" w:rsidRDefault="00FE0628">
    <w:pPr>
      <w:pStyle w:val="Piedepgina"/>
      <w:keepLines/>
      <w:jc w:val="right"/>
    </w:pPr>
    <w:r>
      <w:rPr>
        <w:rFonts w:ascii="Arial" w:hAnsi="Arial" w:cs="Arial"/>
        <w:color w:val="666666"/>
        <w:sz w:val="16"/>
      </w:rPr>
      <w:t xml:space="preserve">Página </w:t>
    </w:r>
    <w:r>
      <w:rPr>
        <w:rFonts w:ascii="Arial" w:hAnsi="Arial" w:cs="Arial"/>
        <w:color w:val="666666"/>
        <w:sz w:val="16"/>
      </w:rPr>
      <w:fldChar w:fldCharType="begin"/>
    </w:r>
    <w:r>
      <w:rPr>
        <w:rFonts w:ascii="Arial" w:hAnsi="Arial" w:cs="Arial"/>
        <w:color w:val="666666"/>
        <w:sz w:val="16"/>
      </w:rPr>
      <w:instrText>PAGE</w:instrText>
    </w:r>
    <w:r>
      <w:rPr>
        <w:rFonts w:ascii="Arial" w:hAnsi="Arial" w:cs="Arial"/>
        <w:color w:val="666666"/>
        <w:sz w:val="16"/>
      </w:rPr>
      <w:fldChar w:fldCharType="separate"/>
    </w:r>
    <w:r w:rsidR="002E5620">
      <w:rPr>
        <w:rFonts w:ascii="Arial" w:hAnsi="Arial" w:cs="Arial"/>
        <w:noProof/>
        <w:color w:val="666666"/>
        <w:sz w:val="16"/>
      </w:rPr>
      <w:t>13</w:t>
    </w:r>
    <w:r>
      <w:rPr>
        <w:rFonts w:ascii="Arial" w:hAnsi="Arial" w:cs="Arial"/>
        <w:color w:val="666666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404" w:rsidRDefault="000E2404">
      <w:pPr>
        <w:spacing w:after="0" w:line="240" w:lineRule="auto"/>
      </w:pPr>
      <w:r>
        <w:separator/>
      </w:r>
    </w:p>
  </w:footnote>
  <w:footnote w:type="continuationSeparator" w:id="0">
    <w:p w:rsidR="000E2404" w:rsidRDefault="000E2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792"/>
      <w:gridCol w:w="3888"/>
      <w:gridCol w:w="5400"/>
    </w:tblGrid>
    <w:tr w:rsidR="00F46261">
      <w:tc>
        <w:tcPr>
          <w:tcW w:w="792" w:type="dxa"/>
          <w:tcMar>
            <w:top w:w="0" w:type="dxa"/>
            <w:left w:w="20" w:type="dxa"/>
            <w:bottom w:w="0" w:type="dxa"/>
            <w:right w:w="20" w:type="dxa"/>
          </w:tcMar>
          <w:vAlign w:val="center"/>
        </w:tcPr>
        <w:p w:rsidR="00F46261" w:rsidRDefault="006E2043">
          <w:pPr>
            <w:spacing w:after="0"/>
            <w:jc w:val="center"/>
          </w:pPr>
          <w:r>
            <w:rPr>
              <w:noProof/>
              <w:lang w:eastAsia="es-CL"/>
            </w:rPr>
            <w:drawing>
              <wp:inline distT="0" distB="0" distL="0" distR="0">
                <wp:extent cx="316274" cy="438912"/>
                <wp:effectExtent l="0" t="0" r="0" b="0"/>
                <wp:docPr id="197" name="Picture 1" descr="Escudo de la Municipalidad de Cabo de Hornos" title="Escudo municip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6274" cy="4389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88" w:type="dxa"/>
          <w:tcMar>
            <w:top w:w="0" w:type="dxa"/>
            <w:left w:w="20" w:type="dxa"/>
            <w:bottom w:w="0" w:type="dxa"/>
            <w:right w:w="20" w:type="dxa"/>
          </w:tcMar>
          <w:vAlign w:val="center"/>
        </w:tcPr>
        <w:p w:rsidR="00F46261" w:rsidRDefault="006E2043">
          <w:pPr>
            <w:spacing w:after="0" w:line="216" w:lineRule="auto"/>
            <w:jc w:val="center"/>
          </w:pPr>
          <w:r>
            <w:rPr>
              <w:rFonts w:ascii="Reddit Sans" w:hAnsi="Reddit Sans"/>
              <w:sz w:val="11"/>
            </w:rPr>
            <w:t>REPÚBLICA DE CHILE</w:t>
          </w:r>
          <w:r>
            <w:rPr>
              <w:rFonts w:ascii="Reddit Sans" w:hAnsi="Reddit Sans"/>
              <w:sz w:val="11"/>
            </w:rPr>
            <w:br/>
            <w:t>AGRUPACIÓN DE COMUNAS CABO DE HORNOS</w:t>
          </w:r>
          <w:r>
            <w:rPr>
              <w:rFonts w:ascii="Reddit Sans" w:hAnsi="Reddit Sans"/>
              <w:sz w:val="11"/>
            </w:rPr>
            <w:br/>
            <w:t>Y ANTÁRTICA</w:t>
          </w:r>
          <w:r>
            <w:rPr>
              <w:rFonts w:ascii="Reddit Sans" w:hAnsi="Reddit Sans"/>
              <w:sz w:val="11"/>
            </w:rPr>
            <w:br/>
            <w:t>I. MUNICIPALIDAD DE CABO DE HORNOS</w:t>
          </w:r>
          <w:r>
            <w:rPr>
              <w:rFonts w:ascii="Reddit Sans" w:hAnsi="Reddit Sans"/>
              <w:sz w:val="11"/>
            </w:rPr>
            <w:br/>
            <w:t>PERSONAL</w:t>
          </w:r>
        </w:p>
      </w:tc>
      <w:tc>
        <w:tcPr>
          <w:tcW w:w="5400" w:type="dxa"/>
          <w:tcMar>
            <w:top w:w="0" w:type="dxa"/>
            <w:left w:w="20" w:type="dxa"/>
            <w:bottom w:w="0" w:type="dxa"/>
            <w:right w:w="20" w:type="dxa"/>
          </w:tcMar>
          <w:vAlign w:val="center"/>
        </w:tcPr>
        <w:p w:rsidR="00F46261" w:rsidRDefault="006E2043">
          <w:pPr>
            <w:spacing w:after="0"/>
            <w:jc w:val="right"/>
          </w:pPr>
          <w:r>
            <w:rPr>
              <w:rFonts w:ascii="Reddit Sans" w:hAnsi="Reddit Sans"/>
              <w:b/>
              <w:sz w:val="11"/>
            </w:rPr>
            <w:t>CONCURSO PÚBLICO 2026</w:t>
          </w:r>
        </w:p>
      </w:tc>
    </w:tr>
  </w:tbl>
  <w:p w:rsidR="00F46261" w:rsidRDefault="00F46261">
    <w:pP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89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808"/>
      <w:gridCol w:w="3969"/>
      <w:gridCol w:w="5512"/>
    </w:tblGrid>
    <w:tr w:rsidR="00F46261" w:rsidTr="001567FE">
      <w:trPr>
        <w:trHeight w:val="1772"/>
      </w:trPr>
      <w:tc>
        <w:tcPr>
          <w:tcW w:w="808" w:type="dxa"/>
          <w:tcMar>
            <w:top w:w="0" w:type="dxa"/>
            <w:left w:w="20" w:type="dxa"/>
            <w:bottom w:w="0" w:type="dxa"/>
            <w:right w:w="20" w:type="dxa"/>
          </w:tcMar>
          <w:vAlign w:val="center"/>
        </w:tcPr>
        <w:p w:rsidR="00F46261" w:rsidRDefault="006E2043">
          <w:pPr>
            <w:spacing w:after="0"/>
            <w:jc w:val="center"/>
          </w:pPr>
          <w:r>
            <w:rPr>
              <w:noProof/>
              <w:lang w:eastAsia="es-CL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273050</wp:posOffset>
                </wp:positionH>
                <wp:positionV relativeFrom="paragraph">
                  <wp:posOffset>-470535</wp:posOffset>
                </wp:positionV>
                <wp:extent cx="316230" cy="438785"/>
                <wp:effectExtent l="0" t="0" r="7620" b="0"/>
                <wp:wrapNone/>
                <wp:docPr id="198" name="Picture 1" descr="Escudo de la Municipalidad de Cabo de Hornos" title="Escudo municip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6230" cy="4387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969" w:type="dxa"/>
          <w:tcMar>
            <w:top w:w="0" w:type="dxa"/>
            <w:left w:w="20" w:type="dxa"/>
            <w:bottom w:w="0" w:type="dxa"/>
            <w:right w:w="20" w:type="dxa"/>
          </w:tcMar>
          <w:vAlign w:val="center"/>
        </w:tcPr>
        <w:p w:rsidR="00F46261" w:rsidRDefault="003D1B2B">
          <w:pPr>
            <w:spacing w:after="0" w:line="216" w:lineRule="auto"/>
            <w:jc w:val="center"/>
          </w:pPr>
          <w:r>
            <w:rPr>
              <w:noProof/>
              <w:lang w:eastAsia="es-CL"/>
            </w:rPr>
            <mc:AlternateContent>
              <mc:Choice Requires="wps">
                <w:drawing>
                  <wp:anchor distT="45720" distB="45720" distL="114300" distR="114300" simplePos="0" relativeHeight="251660288" behindDoc="0" locked="0" layoutInCell="1" allowOverlap="1">
                    <wp:simplePos x="0" y="0"/>
                    <wp:positionH relativeFrom="column">
                      <wp:posOffset>-938530</wp:posOffset>
                    </wp:positionH>
                    <wp:positionV relativeFrom="paragraph">
                      <wp:posOffset>422275</wp:posOffset>
                    </wp:positionV>
                    <wp:extent cx="1647825" cy="571500"/>
                    <wp:effectExtent l="0" t="0" r="9525" b="0"/>
                    <wp:wrapNone/>
                    <wp:docPr id="217" name="Cuadro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47825" cy="5715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3D1B2B" w:rsidRPr="003D1B2B" w:rsidRDefault="003D1B2B" w:rsidP="003D1B2B">
                                <w:pPr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  <w:r w:rsidRPr="003D1B2B">
                                  <w:rPr>
                                    <w:rFonts w:ascii="Reddit Sans" w:hAnsi="Reddit Sans"/>
                                    <w:sz w:val="10"/>
                                    <w:szCs w:val="10"/>
                                  </w:rPr>
                                  <w:t>REPÚBLICA DE CHILE</w:t>
                                </w:r>
                                <w:r w:rsidRPr="003D1B2B">
                                  <w:rPr>
                                    <w:rFonts w:ascii="Reddit Sans" w:hAnsi="Reddit Sans"/>
                                    <w:sz w:val="10"/>
                                    <w:szCs w:val="10"/>
                                  </w:rPr>
                                  <w:br/>
                                  <w:t>AGRUPACIÓN DE COMUNAS CABO DE HORNOS</w:t>
                                </w:r>
                                <w:r w:rsidRPr="003D1B2B">
                                  <w:rPr>
                                    <w:rFonts w:ascii="Reddit Sans" w:hAnsi="Reddit Sans"/>
                                    <w:sz w:val="10"/>
                                    <w:szCs w:val="10"/>
                                  </w:rPr>
                                  <w:br/>
                                  <w:t>Y ANTÁRTICA</w:t>
                                </w:r>
                                <w:r w:rsidRPr="003D1B2B">
                                  <w:rPr>
                                    <w:rFonts w:ascii="Reddit Sans" w:hAnsi="Reddit Sans"/>
                                    <w:sz w:val="10"/>
                                    <w:szCs w:val="10"/>
                                  </w:rPr>
                                  <w:br/>
                                  <w:t>I. MUNICIPALIDAD DE CABO DE HORNOS</w:t>
                                </w:r>
                                <w:r w:rsidRPr="003D1B2B">
                                  <w:rPr>
                                    <w:rFonts w:ascii="Reddit Sans" w:hAnsi="Reddit Sans"/>
                                    <w:sz w:val="10"/>
                                    <w:szCs w:val="10"/>
                                  </w:rPr>
                                  <w:br/>
                                  <w:t>PERSONAL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2" o:spid="_x0000_s1026" type="#_x0000_t202" style="position:absolute;left:0;text-align:left;margin-left:-73.9pt;margin-top:33.25pt;width:129.75pt;height:4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" stroked="f">
                    <v:textbox>
                      <w:txbxContent>
                        <w:p w:rsidR="003D1B2B" w:rsidRPr="003D1B2B" w:rsidRDefault="003D1B2B" w:rsidP="003D1B2B">
                          <w:pPr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r w:rsidRPr="003D1B2B">
                            <w:rPr>
                              <w:rFonts w:ascii="Reddit Sans" w:hAnsi="Reddit Sans"/>
                              <w:sz w:val="10"/>
                              <w:szCs w:val="10"/>
                            </w:rPr>
                            <w:t>REPÚBLICA DE CHILE</w:t>
                          </w:r>
                          <w:r w:rsidRPr="003D1B2B">
                            <w:rPr>
                              <w:rFonts w:ascii="Reddit Sans" w:hAnsi="Reddit Sans"/>
                              <w:sz w:val="10"/>
                              <w:szCs w:val="10"/>
                            </w:rPr>
                            <w:br/>
                            <w:t>AGRUPACIÓN DE COMUNAS CABO DE HORNOS</w:t>
                          </w:r>
                          <w:r w:rsidRPr="003D1B2B">
                            <w:rPr>
                              <w:rFonts w:ascii="Reddit Sans" w:hAnsi="Reddit Sans"/>
                              <w:sz w:val="10"/>
                              <w:szCs w:val="10"/>
                            </w:rPr>
                            <w:br/>
                            <w:t>Y ANTÁRTICA</w:t>
                          </w:r>
                          <w:r w:rsidRPr="003D1B2B">
                            <w:rPr>
                              <w:rFonts w:ascii="Reddit Sans" w:hAnsi="Reddit Sans"/>
                              <w:sz w:val="10"/>
                              <w:szCs w:val="10"/>
                            </w:rPr>
                            <w:br/>
                            <w:t>I. MUNICIPALIDAD DE CABO DE HORNOS</w:t>
                          </w:r>
                          <w:r w:rsidRPr="003D1B2B">
                            <w:rPr>
                              <w:rFonts w:ascii="Reddit Sans" w:hAnsi="Reddit Sans"/>
                              <w:sz w:val="10"/>
                              <w:szCs w:val="10"/>
                            </w:rPr>
                            <w:br/>
                            <w:t>PERSONAL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5512" w:type="dxa"/>
          <w:tcMar>
            <w:top w:w="0" w:type="dxa"/>
            <w:left w:w="20" w:type="dxa"/>
            <w:bottom w:w="0" w:type="dxa"/>
            <w:right w:w="20" w:type="dxa"/>
          </w:tcMar>
          <w:vAlign w:val="center"/>
        </w:tcPr>
        <w:p w:rsidR="00F46261" w:rsidRDefault="006E2043">
          <w:pPr>
            <w:spacing w:after="0"/>
            <w:jc w:val="right"/>
          </w:pPr>
          <w:r>
            <w:rPr>
              <w:rFonts w:ascii="Reddit Sans" w:hAnsi="Reddit Sans"/>
              <w:b/>
              <w:sz w:val="11"/>
            </w:rPr>
            <w:t>CONCURSO PÚBLICO 2026</w:t>
          </w:r>
        </w:p>
      </w:tc>
    </w:tr>
  </w:tbl>
  <w:p w:rsidR="00F46261" w:rsidRDefault="00F46261">
    <w:pPr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864"/>
      <w:gridCol w:w="4536"/>
      <w:gridCol w:w="8568"/>
    </w:tblGrid>
    <w:tr w:rsidR="00F46261">
      <w:tc>
        <w:tcPr>
          <w:tcW w:w="864" w:type="dxa"/>
          <w:tcMar>
            <w:top w:w="0" w:type="dxa"/>
            <w:left w:w="20" w:type="dxa"/>
            <w:bottom w:w="0" w:type="dxa"/>
            <w:right w:w="20" w:type="dxa"/>
          </w:tcMar>
          <w:vAlign w:val="center"/>
        </w:tcPr>
        <w:p w:rsidR="00F46261" w:rsidRDefault="006E2043">
          <w:pPr>
            <w:spacing w:after="0"/>
            <w:jc w:val="center"/>
          </w:pPr>
          <w:r>
            <w:rPr>
              <w:noProof/>
              <w:lang w:eastAsia="es-CL"/>
            </w:rPr>
            <w:drawing>
              <wp:inline distT="0" distB="0" distL="0" distR="0">
                <wp:extent cx="318525" cy="438912"/>
                <wp:effectExtent l="0" t="0" r="0" b="0"/>
                <wp:docPr id="4" name="Picture 1" descr="Escudo de la Municipalidad de Cabo de Hornos" title="Escudo municip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8525" cy="4389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  <w:tcMar>
            <w:top w:w="0" w:type="dxa"/>
            <w:left w:w="20" w:type="dxa"/>
            <w:bottom w:w="0" w:type="dxa"/>
            <w:right w:w="20" w:type="dxa"/>
          </w:tcMar>
          <w:vAlign w:val="center"/>
        </w:tcPr>
        <w:p w:rsidR="00F46261" w:rsidRDefault="006E2043">
          <w:pPr>
            <w:spacing w:after="0" w:line="216" w:lineRule="auto"/>
            <w:jc w:val="center"/>
          </w:pPr>
          <w:r>
            <w:rPr>
              <w:rFonts w:ascii="Reddit Sans" w:hAnsi="Reddit Sans"/>
              <w:sz w:val="11"/>
            </w:rPr>
            <w:t>REPÚBLICA DE CHILE</w:t>
          </w:r>
          <w:r>
            <w:rPr>
              <w:rFonts w:ascii="Reddit Sans" w:hAnsi="Reddit Sans"/>
              <w:sz w:val="11"/>
            </w:rPr>
            <w:br/>
            <w:t>AGRUPACIÓN DE COMUNAS CABO DE HORNOS</w:t>
          </w:r>
          <w:r>
            <w:rPr>
              <w:rFonts w:ascii="Reddit Sans" w:hAnsi="Reddit Sans"/>
              <w:sz w:val="11"/>
            </w:rPr>
            <w:br/>
            <w:t>Y ANTÁRTICA</w:t>
          </w:r>
          <w:r>
            <w:rPr>
              <w:rFonts w:ascii="Reddit Sans" w:hAnsi="Reddit Sans"/>
              <w:sz w:val="11"/>
            </w:rPr>
            <w:br/>
            <w:t>I. MUNICIPALIDAD DE CABO DE HORNOS</w:t>
          </w:r>
          <w:r>
            <w:rPr>
              <w:rFonts w:ascii="Reddit Sans" w:hAnsi="Reddit Sans"/>
              <w:sz w:val="11"/>
            </w:rPr>
            <w:br/>
            <w:t>PERSONAL</w:t>
          </w:r>
        </w:p>
      </w:tc>
      <w:tc>
        <w:tcPr>
          <w:tcW w:w="8568" w:type="dxa"/>
          <w:tcMar>
            <w:top w:w="0" w:type="dxa"/>
            <w:left w:w="20" w:type="dxa"/>
            <w:bottom w:w="0" w:type="dxa"/>
            <w:right w:w="20" w:type="dxa"/>
          </w:tcMar>
          <w:vAlign w:val="center"/>
        </w:tcPr>
        <w:p w:rsidR="00F46261" w:rsidRDefault="006E2043">
          <w:pPr>
            <w:spacing w:after="0"/>
            <w:jc w:val="right"/>
          </w:pPr>
          <w:r>
            <w:rPr>
              <w:rFonts w:ascii="Reddit Sans" w:hAnsi="Reddit Sans"/>
              <w:b/>
              <w:sz w:val="11"/>
            </w:rPr>
            <w:t>CONCURSO PÚBLICO 2026</w:t>
          </w:r>
        </w:p>
      </w:tc>
    </w:tr>
  </w:tbl>
  <w:p w:rsidR="00F46261" w:rsidRDefault="00F46261">
    <w:pPr>
      <w:spacing w:after="0" w:line="240" w:lineRule="aut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864"/>
      <w:gridCol w:w="4536"/>
      <w:gridCol w:w="8568"/>
    </w:tblGrid>
    <w:tr w:rsidR="00F46261">
      <w:tc>
        <w:tcPr>
          <w:tcW w:w="864" w:type="dxa"/>
          <w:tcMar>
            <w:top w:w="0" w:type="dxa"/>
            <w:left w:w="20" w:type="dxa"/>
            <w:bottom w:w="0" w:type="dxa"/>
            <w:right w:w="20" w:type="dxa"/>
          </w:tcMar>
          <w:vAlign w:val="center"/>
        </w:tcPr>
        <w:p w:rsidR="00F46261" w:rsidRDefault="006E2043">
          <w:pPr>
            <w:spacing w:after="0"/>
            <w:jc w:val="center"/>
          </w:pPr>
          <w:r>
            <w:rPr>
              <w:noProof/>
              <w:lang w:eastAsia="es-CL"/>
            </w:rPr>
            <w:drawing>
              <wp:inline distT="0" distB="0" distL="0" distR="0">
                <wp:extent cx="318525" cy="438912"/>
                <wp:effectExtent l="0" t="0" r="0" b="0"/>
                <wp:docPr id="3" name="Picture 1" descr="Escudo de la Municipalidad de Cabo de Hornos" title="Escudo municip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8525" cy="4389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  <w:tcMar>
            <w:top w:w="0" w:type="dxa"/>
            <w:left w:w="20" w:type="dxa"/>
            <w:bottom w:w="0" w:type="dxa"/>
            <w:right w:w="20" w:type="dxa"/>
          </w:tcMar>
          <w:vAlign w:val="center"/>
        </w:tcPr>
        <w:p w:rsidR="00F46261" w:rsidRDefault="006E2043">
          <w:pPr>
            <w:spacing w:after="0" w:line="216" w:lineRule="auto"/>
            <w:jc w:val="center"/>
          </w:pPr>
          <w:r>
            <w:rPr>
              <w:rFonts w:ascii="Reddit Sans" w:hAnsi="Reddit Sans"/>
              <w:sz w:val="11"/>
            </w:rPr>
            <w:t>REPÚBLICA DE CHILE</w:t>
          </w:r>
          <w:r>
            <w:rPr>
              <w:rFonts w:ascii="Reddit Sans" w:hAnsi="Reddit Sans"/>
              <w:sz w:val="11"/>
            </w:rPr>
            <w:br/>
            <w:t>AGRUPACIÓN DE COMUNAS CABO DE HORNOS</w:t>
          </w:r>
          <w:r>
            <w:rPr>
              <w:rFonts w:ascii="Reddit Sans" w:hAnsi="Reddit Sans"/>
              <w:sz w:val="11"/>
            </w:rPr>
            <w:br/>
            <w:t>Y ANTÁRTICA</w:t>
          </w:r>
          <w:r>
            <w:rPr>
              <w:rFonts w:ascii="Reddit Sans" w:hAnsi="Reddit Sans"/>
              <w:sz w:val="11"/>
            </w:rPr>
            <w:br/>
            <w:t>I. MUNICIPALIDAD DE CABO DE HORNOS</w:t>
          </w:r>
          <w:r>
            <w:rPr>
              <w:rFonts w:ascii="Reddit Sans" w:hAnsi="Reddit Sans"/>
              <w:sz w:val="11"/>
            </w:rPr>
            <w:br/>
            <w:t>PERSONAL</w:t>
          </w:r>
        </w:p>
      </w:tc>
      <w:tc>
        <w:tcPr>
          <w:tcW w:w="8568" w:type="dxa"/>
          <w:tcMar>
            <w:top w:w="0" w:type="dxa"/>
            <w:left w:w="20" w:type="dxa"/>
            <w:bottom w:w="0" w:type="dxa"/>
            <w:right w:w="20" w:type="dxa"/>
          </w:tcMar>
          <w:vAlign w:val="center"/>
        </w:tcPr>
        <w:p w:rsidR="00F46261" w:rsidRDefault="006E2043">
          <w:pPr>
            <w:spacing w:after="0"/>
            <w:jc w:val="right"/>
          </w:pPr>
          <w:r>
            <w:rPr>
              <w:rFonts w:ascii="Reddit Sans" w:hAnsi="Reddit Sans"/>
              <w:b/>
              <w:sz w:val="11"/>
            </w:rPr>
            <w:t>CONCURSO PÚBLICO 2026</w:t>
          </w:r>
        </w:p>
      </w:tc>
    </w:tr>
  </w:tbl>
  <w:p w:rsidR="00F46261" w:rsidRDefault="00F46261">
    <w:pPr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3A5048"/>
    <w:multiLevelType w:val="hybridMultilevel"/>
    <w:tmpl w:val="37763B9C"/>
    <w:lvl w:ilvl="0" w:tplc="04090017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340A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0" w15:restartNumberingAfterBreak="0">
    <w:nsid w:val="17666511"/>
    <w:multiLevelType w:val="singleLevel"/>
    <w:tmpl w:val="27AEC76A"/>
    <w:lvl w:ilvl="0">
      <w:start w:val="1"/>
      <w:numFmt w:val="decimal"/>
      <w:suff w:val="space"/>
      <w:lvlText w:val="%1."/>
      <w:lvlJc w:val="left"/>
      <w:pPr>
        <w:tabs>
          <w:tab w:val="num" w:pos="520"/>
        </w:tabs>
        <w:ind w:left="520" w:hanging="280"/>
      </w:pPr>
    </w:lvl>
  </w:abstractNum>
  <w:abstractNum w:abstractNumId="11" w15:restartNumberingAfterBreak="0">
    <w:nsid w:val="19D23538"/>
    <w:multiLevelType w:val="singleLevel"/>
    <w:tmpl w:val="E200C87E"/>
    <w:lvl w:ilvl="0">
      <w:start w:val="1"/>
      <w:numFmt w:val="lowerLetter"/>
      <w:suff w:val="space"/>
      <w:lvlText w:val="%1)"/>
      <w:lvlJc w:val="left"/>
      <w:pPr>
        <w:tabs>
          <w:tab w:val="num" w:pos="520"/>
        </w:tabs>
        <w:ind w:left="520" w:hanging="280"/>
      </w:pPr>
    </w:lvl>
  </w:abstractNum>
  <w:abstractNum w:abstractNumId="12" w15:restartNumberingAfterBreak="0">
    <w:nsid w:val="21E871B5"/>
    <w:multiLevelType w:val="singleLevel"/>
    <w:tmpl w:val="DF8E0A3E"/>
    <w:lvl w:ilvl="0">
      <w:start w:val="1"/>
      <w:numFmt w:val="bullet"/>
      <w:suff w:val="space"/>
      <w:lvlText w:val="•"/>
      <w:lvlJc w:val="left"/>
      <w:pPr>
        <w:tabs>
          <w:tab w:val="num" w:pos="500"/>
        </w:tabs>
        <w:ind w:left="500" w:hanging="250"/>
      </w:pPr>
      <w:rPr>
        <w:rFonts w:ascii="Symbol" w:hAnsi="Symbol"/>
      </w:rPr>
    </w:lvl>
  </w:abstractNum>
  <w:abstractNum w:abstractNumId="13" w15:restartNumberingAfterBreak="0">
    <w:nsid w:val="2BD674DF"/>
    <w:multiLevelType w:val="singleLevel"/>
    <w:tmpl w:val="A0F4257A"/>
    <w:lvl w:ilvl="0">
      <w:start w:val="1"/>
      <w:numFmt w:val="bullet"/>
      <w:suff w:val="space"/>
      <w:lvlText w:val="•"/>
      <w:lvlJc w:val="left"/>
      <w:pPr>
        <w:tabs>
          <w:tab w:val="num" w:pos="500"/>
        </w:tabs>
        <w:ind w:left="500" w:hanging="250"/>
      </w:pPr>
      <w:rPr>
        <w:rFonts w:ascii="Symbol" w:hAnsi="Symbol"/>
      </w:rPr>
    </w:lvl>
  </w:abstractNum>
  <w:abstractNum w:abstractNumId="14" w15:restartNumberingAfterBreak="0">
    <w:nsid w:val="2E302C8C"/>
    <w:multiLevelType w:val="hybridMultilevel"/>
    <w:tmpl w:val="664E209A"/>
    <w:lvl w:ilvl="0" w:tplc="340A0001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5" w15:restartNumberingAfterBreak="0">
    <w:nsid w:val="30A26E38"/>
    <w:multiLevelType w:val="hybridMultilevel"/>
    <w:tmpl w:val="4D866298"/>
    <w:lvl w:ilvl="0" w:tplc="0C0A000D">
      <w:start w:val="1"/>
      <w:numFmt w:val="bullet"/>
      <w:lvlText w:val=""/>
      <w:lvlJc w:val="left"/>
      <w:pPr>
        <w:ind w:left="60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6" w15:restartNumberingAfterBreak="0">
    <w:nsid w:val="3A447AC6"/>
    <w:multiLevelType w:val="singleLevel"/>
    <w:tmpl w:val="C1B612CE"/>
    <w:lvl w:ilvl="0">
      <w:start w:val="1"/>
      <w:numFmt w:val="bullet"/>
      <w:suff w:val="space"/>
      <w:lvlText w:val="•"/>
      <w:lvlJc w:val="left"/>
      <w:pPr>
        <w:tabs>
          <w:tab w:val="num" w:pos="500"/>
        </w:tabs>
        <w:ind w:left="500" w:hanging="250"/>
      </w:pPr>
      <w:rPr>
        <w:rFonts w:ascii="Symbol" w:hAnsi="Symbol"/>
      </w:rPr>
    </w:lvl>
  </w:abstractNum>
  <w:abstractNum w:abstractNumId="17" w15:restartNumberingAfterBreak="0">
    <w:nsid w:val="49435A1E"/>
    <w:multiLevelType w:val="hybridMultilevel"/>
    <w:tmpl w:val="E7506A28"/>
    <w:lvl w:ilvl="0" w:tplc="0C0A000D">
      <w:start w:val="1"/>
      <w:numFmt w:val="bullet"/>
      <w:lvlText w:val=""/>
      <w:lvlJc w:val="left"/>
      <w:pPr>
        <w:ind w:left="60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8" w15:restartNumberingAfterBreak="0">
    <w:nsid w:val="519917F9"/>
    <w:multiLevelType w:val="singleLevel"/>
    <w:tmpl w:val="AEEAF034"/>
    <w:lvl w:ilvl="0">
      <w:start w:val="1"/>
      <w:numFmt w:val="bullet"/>
      <w:suff w:val="space"/>
      <w:lvlText w:val="•"/>
      <w:lvlJc w:val="left"/>
      <w:pPr>
        <w:tabs>
          <w:tab w:val="num" w:pos="500"/>
        </w:tabs>
        <w:ind w:left="500" w:hanging="250"/>
      </w:pPr>
      <w:rPr>
        <w:rFonts w:ascii="Symbol" w:hAnsi="Symbol"/>
      </w:rPr>
    </w:lvl>
  </w:abstractNum>
  <w:abstractNum w:abstractNumId="19" w15:restartNumberingAfterBreak="0">
    <w:nsid w:val="5715051C"/>
    <w:multiLevelType w:val="hybridMultilevel"/>
    <w:tmpl w:val="648E18F8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9EC7B6B"/>
    <w:multiLevelType w:val="hybridMultilevel"/>
    <w:tmpl w:val="19E81DFA"/>
    <w:lvl w:ilvl="0" w:tplc="0C0A000D">
      <w:start w:val="1"/>
      <w:numFmt w:val="bullet"/>
      <w:lvlText w:val=""/>
      <w:lvlJc w:val="left"/>
      <w:pPr>
        <w:ind w:left="60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21" w15:restartNumberingAfterBreak="0">
    <w:nsid w:val="5B843183"/>
    <w:multiLevelType w:val="singleLevel"/>
    <w:tmpl w:val="45FC69CC"/>
    <w:lvl w:ilvl="0">
      <w:start w:val="1"/>
      <w:numFmt w:val="bullet"/>
      <w:suff w:val="space"/>
      <w:lvlText w:val="•"/>
      <w:lvlJc w:val="left"/>
      <w:pPr>
        <w:tabs>
          <w:tab w:val="num" w:pos="500"/>
        </w:tabs>
        <w:ind w:left="500" w:hanging="250"/>
      </w:pPr>
      <w:rPr>
        <w:rFonts w:ascii="Symbol" w:hAnsi="Symbol"/>
      </w:rPr>
    </w:lvl>
  </w:abstractNum>
  <w:abstractNum w:abstractNumId="22" w15:restartNumberingAfterBreak="0">
    <w:nsid w:val="628604F7"/>
    <w:multiLevelType w:val="singleLevel"/>
    <w:tmpl w:val="0C0A000D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4"/>
  </w:num>
  <w:num w:numId="3">
    <w:abstractNumId w:val="19"/>
  </w:num>
  <w:num w:numId="4">
    <w:abstractNumId w:val="17"/>
  </w:num>
  <w:num w:numId="5">
    <w:abstractNumId w:val="15"/>
  </w:num>
  <w:num w:numId="6">
    <w:abstractNumId w:val="20"/>
  </w:num>
  <w:num w:numId="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1666F"/>
    <w:rsid w:val="00034616"/>
    <w:rsid w:val="0006063C"/>
    <w:rsid w:val="000E2404"/>
    <w:rsid w:val="00130609"/>
    <w:rsid w:val="0015074B"/>
    <w:rsid w:val="001567FE"/>
    <w:rsid w:val="0029639D"/>
    <w:rsid w:val="002D294F"/>
    <w:rsid w:val="002E5620"/>
    <w:rsid w:val="00326F90"/>
    <w:rsid w:val="003B0295"/>
    <w:rsid w:val="003B3DBD"/>
    <w:rsid w:val="003C229D"/>
    <w:rsid w:val="003D1B2B"/>
    <w:rsid w:val="0040692E"/>
    <w:rsid w:val="004A6FA5"/>
    <w:rsid w:val="005E1F5E"/>
    <w:rsid w:val="0061662C"/>
    <w:rsid w:val="006C71E8"/>
    <w:rsid w:val="006E2043"/>
    <w:rsid w:val="00745847"/>
    <w:rsid w:val="00A228A4"/>
    <w:rsid w:val="00AA1D8D"/>
    <w:rsid w:val="00AB2AF6"/>
    <w:rsid w:val="00B47730"/>
    <w:rsid w:val="00BA0EA9"/>
    <w:rsid w:val="00CB0664"/>
    <w:rsid w:val="00DB01CF"/>
    <w:rsid w:val="00DC39D0"/>
    <w:rsid w:val="00E44D7C"/>
    <w:rsid w:val="00F46261"/>
    <w:rsid w:val="00FC693F"/>
    <w:rsid w:val="00FE0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  <w15:docId w15:val="{2B6A90A3-92AC-45CB-A01E-536F77BFD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00"/>
    </w:pPr>
    <w:rPr>
      <w:rFonts w:ascii="Times New Roman" w:hAnsi="Times New Roman" w:cs="Times New Roman"/>
      <w:sz w:val="21"/>
      <w:lang w:val="es-C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7365D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7365D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nculo">
    <w:name w:val="Hyperlink"/>
    <w:basedOn w:val="Fuentedeprrafopredeter"/>
    <w:uiPriority w:val="99"/>
    <w:unhideWhenUsed/>
    <w:rsid w:val="003B3DBD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3B3DBD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E1F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E1F5E"/>
    <w:rPr>
      <w:rFonts w:ascii="Segoe UI" w:hAnsi="Segoe UI" w:cs="Segoe UI"/>
      <w:sz w:val="18"/>
      <w:szCs w:val="18"/>
      <w:lang w:val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mcabodehornos.cl/" TargetMode="Externa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49E4422-ABF7-4475-8808-8F4B84F75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4104</Words>
  <Characters>22575</Characters>
  <Application>Microsoft Office Word</Application>
  <DocSecurity>0</DocSecurity>
  <Lines>188</Lines>
  <Paragraphs>53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Bases Concurso Público Técnico/a Grado 13° E.M.S.</vt:lpstr>
      <vt:lpstr/>
    </vt:vector>
  </TitlesOfParts>
  <Manager/>
  <Company/>
  <LinksUpToDate>false</LinksUpToDate>
  <CharactersWithSpaces>26626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Concurso Público Técnico/a Grado 13° E.M.S.</dc:title>
  <dc:subject>Concurso público de antecedentes - Municipalidad de Cabo de Hornos</dc:subject>
  <dc:creator>Ilustre Municipalidad de Cabo de Hornos</dc:creator>
  <cp:keywords>concurso público, técnico, grado 13, Cabo de Hornos</cp:keywords>
  <dc:description>Bases adaptadas al Reglamento de Concursos Públicos aprobado por Decreto Alcaldicio N° 348 de 2022.</dc:description>
  <cp:lastModifiedBy>HP</cp:lastModifiedBy>
  <cp:revision>2</cp:revision>
  <cp:lastPrinted>2026-10-02T01:25:00Z</cp:lastPrinted>
  <dcterms:created xsi:type="dcterms:W3CDTF">2026-10-02T01:27:00Z</dcterms:created>
  <dcterms:modified xsi:type="dcterms:W3CDTF">2026-10-02T01:27:00Z</dcterms:modified>
  <cp:category/>
</cp:coreProperties>
</file>