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D0" w:rsidRPr="00745847" w:rsidRDefault="00745847" w:rsidP="00745847">
      <w:pPr>
        <w:pStyle w:val="Ttulo1"/>
        <w:spacing w:before="200" w:after="8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sz w:val="20"/>
          <w:szCs w:val="20"/>
        </w:rPr>
        <w:t>ANEXO N° 1</w:t>
      </w:r>
    </w:p>
    <w:p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FICHA DE POSTULACIÓN Y CURRÍCULUM INSTITUCIONAL</w:t>
      </w:r>
    </w:p>
    <w:p w:rsidR="00DC39D0" w:rsidRPr="00745847" w:rsidRDefault="00745847" w:rsidP="00745847">
      <w:pPr>
        <w:keepLines/>
        <w:spacing w:after="1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Cargo: Administrativo/a, Planta de Administrativos, grado 1</w:t>
      </w:r>
      <w:r w:rsidR="00616399">
        <w:rPr>
          <w:rFonts w:ascii="Reddit Sans" w:hAnsi="Reddit Sans"/>
          <w:color w:val="000000"/>
          <w:sz w:val="20"/>
          <w:szCs w:val="20"/>
        </w:rPr>
        <w:t>6</w:t>
      </w:r>
      <w:r w:rsidRPr="00745847">
        <w:rPr>
          <w:rFonts w:ascii="Reddit Sans" w:hAnsi="Reddit Sans"/>
          <w:color w:val="000000"/>
          <w:sz w:val="20"/>
          <w:szCs w:val="20"/>
        </w:rPr>
        <w:t>° E.M.S.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480"/>
      </w:tblGrid>
      <w:tr w:rsidR="00DC39D0" w:rsidRPr="0074584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Nombre completo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Cédula de identidad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Domicilio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Teléfono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Correo electrónico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Modalidad de entrevista solicitada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Presencial </w:t>
            </w:r>
            <w:r w:rsidRPr="00745847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   Videoconferencia </w:t>
            </w:r>
            <w:r w:rsidRPr="00745847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DC39D0" w:rsidRPr="00745847">
        <w:trPr>
          <w:cantSplit/>
          <w:jc w:val="center"/>
        </w:trPr>
        <w:tc>
          <w:tcPr>
            <w:tcW w:w="36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¿Requiere ajuste razonable para participar?</w:t>
            </w:r>
          </w:p>
        </w:tc>
        <w:tc>
          <w:tcPr>
            <w:tcW w:w="64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No </w:t>
            </w:r>
            <w:r w:rsidRPr="00745847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   S</w:t>
            </w:r>
            <w:r w:rsidRPr="00745847">
              <w:rPr>
                <w:rFonts w:ascii="Reddit Sans" w:hAnsi="Reddit Sans" w:cs="Reddit Sans"/>
                <w:color w:val="000000"/>
                <w:sz w:val="20"/>
                <w:szCs w:val="20"/>
              </w:rPr>
              <w:t>í</w:t>
            </w: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</w:t>
            </w:r>
            <w:r w:rsidRPr="00745847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  Indique el ajuste: __________________________</w:t>
            </w:r>
          </w:p>
        </w:tc>
      </w:tr>
    </w:tbl>
    <w:p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A. Formación académica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3300"/>
        <w:gridCol w:w="1200"/>
        <w:gridCol w:w="2880"/>
      </w:tblGrid>
      <w:tr w:rsidR="00DC39D0" w:rsidRPr="00745847">
        <w:trPr>
          <w:cantSplit/>
          <w:tblHeader/>
          <w:jc w:val="center"/>
        </w:trPr>
        <w:tc>
          <w:tcPr>
            <w:tcW w:w="2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Nivel / título</w:t>
            </w: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Institución</w:t>
            </w:r>
          </w:p>
        </w:tc>
        <w:tc>
          <w:tcPr>
            <w:tcW w:w="1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Año</w:t>
            </w:r>
          </w:p>
        </w:tc>
        <w:tc>
          <w:tcPr>
            <w:tcW w:w="28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Documento adjunto</w:t>
            </w:r>
          </w:p>
        </w:tc>
      </w:tr>
      <w:tr w:rsidR="00DC39D0" w:rsidRPr="00745847">
        <w:trPr>
          <w:cantSplit/>
          <w:jc w:val="center"/>
        </w:trPr>
        <w:tc>
          <w:tcPr>
            <w:tcW w:w="2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B. Capacitación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3700"/>
        <w:gridCol w:w="3300"/>
        <w:gridCol w:w="1400"/>
        <w:gridCol w:w="1680"/>
      </w:tblGrid>
      <w:tr w:rsidR="00DC39D0" w:rsidRPr="00745847">
        <w:trPr>
          <w:cantSplit/>
          <w:tblHeader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Curso</w:t>
            </w: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Institución</w:t>
            </w: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Año</w:t>
            </w: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Horas</w:t>
            </w:r>
          </w:p>
        </w:tc>
      </w:tr>
      <w:tr w:rsidR="00DC39D0" w:rsidRPr="0074584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:rsidR="00DC39D0" w:rsidRPr="00745847" w:rsidRDefault="00745847" w:rsidP="00745847">
      <w:pPr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sz w:val="20"/>
          <w:szCs w:val="20"/>
        </w:rPr>
        <w:br w:type="page"/>
      </w:r>
    </w:p>
    <w:p w:rsidR="00477F2E" w:rsidRDefault="00477F2E" w:rsidP="00745847">
      <w:pPr>
        <w:pStyle w:val="Ttulo1"/>
        <w:spacing w:before="200" w:after="80"/>
        <w:jc w:val="both"/>
        <w:rPr>
          <w:rFonts w:ascii="Reddit Sans" w:hAnsi="Reddit Sans" w:cs="Arial"/>
          <w:sz w:val="20"/>
          <w:szCs w:val="20"/>
        </w:rPr>
      </w:pPr>
    </w:p>
    <w:p w:rsidR="00DC39D0" w:rsidRPr="00745847" w:rsidRDefault="00745847" w:rsidP="00745847">
      <w:pPr>
        <w:pStyle w:val="Ttulo1"/>
        <w:spacing w:before="200" w:after="8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sz w:val="20"/>
          <w:szCs w:val="20"/>
        </w:rPr>
        <w:t>ANEXO N° 1 - CONTINUACIÓN</w:t>
      </w:r>
    </w:p>
    <w:p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C. Experiencia laboral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2400"/>
        <w:gridCol w:w="3300"/>
        <w:gridCol w:w="1350"/>
        <w:gridCol w:w="1350"/>
        <w:gridCol w:w="1680"/>
      </w:tblGrid>
      <w:tr w:rsidR="00DC39D0" w:rsidRPr="00745847">
        <w:trPr>
          <w:cantSplit/>
          <w:tblHeader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Institución / empleador</w:t>
            </w: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Cargo y funciones</w:t>
            </w: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Inicio</w:t>
            </w: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Término</w:t>
            </w: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 w:cs="Arial"/>
                <w:b/>
                <w:color w:val="000000"/>
                <w:sz w:val="20"/>
                <w:szCs w:val="20"/>
              </w:rPr>
              <w:t>Documento</w:t>
            </w: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24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:rsidR="00DC39D0" w:rsidRDefault="00745847" w:rsidP="00745847">
      <w:pPr>
        <w:keepLines/>
        <w:spacing w:before="140" w:after="160"/>
        <w:jc w:val="both"/>
        <w:rPr>
          <w:rFonts w:ascii="Reddit Sans" w:hAnsi="Reddit Sans"/>
          <w:color w:val="000000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Declaro que la información entregada es completa y veraz, que conozco y acepto las bases y que autorizo a la Municipalidad para verificar los antecedentes presentados dentro del marco legal.</w:t>
      </w:r>
    </w:p>
    <w:p w:rsidR="00477F2E" w:rsidRDefault="00477F2E" w:rsidP="00745847">
      <w:pPr>
        <w:keepLines/>
        <w:spacing w:before="140" w:after="160"/>
        <w:jc w:val="both"/>
        <w:rPr>
          <w:rFonts w:ascii="Reddit Sans" w:hAnsi="Reddit Sans"/>
          <w:color w:val="000000"/>
          <w:sz w:val="20"/>
          <w:szCs w:val="20"/>
        </w:rPr>
      </w:pPr>
    </w:p>
    <w:p w:rsidR="00477F2E" w:rsidRPr="00745847" w:rsidRDefault="00477F2E" w:rsidP="00745847">
      <w:pPr>
        <w:keepLines/>
        <w:spacing w:before="140" w:after="160"/>
        <w:jc w:val="both"/>
        <w:rPr>
          <w:rFonts w:ascii="Reddit Sans" w:hAnsi="Reddit Sans"/>
          <w:sz w:val="20"/>
          <w:szCs w:val="20"/>
        </w:rPr>
      </w:pP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DC39D0" w:rsidRPr="00745847">
        <w:trPr>
          <w:trHeight w:val="299"/>
          <w:jc w:val="center"/>
        </w:trPr>
        <w:tc>
          <w:tcPr>
            <w:tcW w:w="3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477F2E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>
              <w:rPr>
                <w:rFonts w:ascii="Reddit Sans" w:hAnsi="Reddit Sans"/>
                <w:color w:val="000000"/>
                <w:sz w:val="20"/>
                <w:szCs w:val="20"/>
              </w:rPr>
              <w:t>_______________________________</w:t>
            </w:r>
            <w:r w:rsidR="00745847" w:rsidRPr="00745847">
              <w:rPr>
                <w:rFonts w:ascii="Reddit Sans" w:hAnsi="Reddit Sans"/>
                <w:color w:val="000000"/>
                <w:sz w:val="20"/>
                <w:szCs w:val="20"/>
              </w:rPr>
              <w:br/>
              <w:t>Firma</w:t>
            </w:r>
          </w:p>
        </w:tc>
        <w:tc>
          <w:tcPr>
            <w:tcW w:w="3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477F2E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>
              <w:rPr>
                <w:rFonts w:ascii="Reddit Sans" w:hAnsi="Reddit Sans"/>
                <w:color w:val="000000"/>
                <w:sz w:val="20"/>
                <w:szCs w:val="20"/>
              </w:rPr>
              <w:t>_______________________________</w:t>
            </w:r>
            <w:r w:rsidR="00745847" w:rsidRPr="00745847">
              <w:rPr>
                <w:rFonts w:ascii="Reddit Sans" w:hAnsi="Reddit Sans"/>
                <w:color w:val="000000"/>
                <w:sz w:val="20"/>
                <w:szCs w:val="20"/>
              </w:rPr>
              <w:br/>
              <w:t>Nombre</w:t>
            </w:r>
          </w:p>
        </w:tc>
        <w:tc>
          <w:tcPr>
            <w:tcW w:w="3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>____ / ____ / 2026</w:t>
            </w: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br/>
              <w:t>Fecha</w:t>
            </w:r>
          </w:p>
        </w:tc>
      </w:tr>
      <w:tr w:rsidR="00DC39D0" w:rsidRPr="00745847">
        <w:trPr>
          <w:trHeight w:val="414"/>
          <w:jc w:val="center"/>
        </w:trPr>
        <w:tc>
          <w:tcPr>
            <w:tcW w:w="3360" w:type="dxa"/>
            <w:vMerge/>
          </w:tcPr>
          <w:p w:rsidR="00DC39D0" w:rsidRPr="00745847" w:rsidRDefault="00DC39D0" w:rsidP="00745847">
            <w:pPr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:rsidR="00DC39D0" w:rsidRPr="00745847" w:rsidRDefault="00DC39D0" w:rsidP="00745847">
            <w:pPr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:rsidR="00DC39D0" w:rsidRPr="00745847" w:rsidRDefault="00DC39D0" w:rsidP="00745847">
            <w:pPr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:rsidR="00DC39D0" w:rsidRPr="00745847" w:rsidRDefault="00745847" w:rsidP="00745847">
      <w:pPr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sz w:val="20"/>
          <w:szCs w:val="20"/>
        </w:rPr>
        <w:br w:type="page"/>
      </w:r>
    </w:p>
    <w:p w:rsidR="00477F2E" w:rsidRDefault="00477F2E" w:rsidP="00745847">
      <w:pPr>
        <w:pStyle w:val="Ttulo1"/>
        <w:spacing w:before="200" w:after="80"/>
        <w:jc w:val="both"/>
        <w:rPr>
          <w:rFonts w:ascii="Reddit Sans" w:hAnsi="Reddit Sans" w:cs="Arial"/>
          <w:sz w:val="20"/>
          <w:szCs w:val="20"/>
        </w:rPr>
      </w:pPr>
    </w:p>
    <w:p w:rsidR="00DC39D0" w:rsidRPr="00745847" w:rsidRDefault="00745847" w:rsidP="00745847">
      <w:pPr>
        <w:pStyle w:val="Ttulo1"/>
        <w:spacing w:before="200" w:after="8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sz w:val="20"/>
          <w:szCs w:val="20"/>
        </w:rPr>
        <w:t>ANEXO N° 2</w:t>
      </w:r>
    </w:p>
    <w:p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DECLARACIÓN JURADA SIMPLE DE SALUD COMPATIBLE</w:t>
      </w:r>
    </w:p>
    <w:p w:rsidR="00DC39D0" w:rsidRPr="00745847" w:rsidRDefault="00745847" w:rsidP="00745847">
      <w:pPr>
        <w:keepLines/>
        <w:spacing w:after="28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Cargo: Administrativo/a, Planta de Administrativos, grado 1</w:t>
      </w:r>
      <w:r w:rsidR="00616399">
        <w:rPr>
          <w:rFonts w:ascii="Reddit Sans" w:hAnsi="Reddit Sans"/>
          <w:color w:val="000000"/>
          <w:sz w:val="20"/>
          <w:szCs w:val="20"/>
        </w:rPr>
        <w:t>6</w:t>
      </w:r>
      <w:r w:rsidRPr="00745847">
        <w:rPr>
          <w:rFonts w:ascii="Reddit Sans" w:hAnsi="Reddit Sans"/>
          <w:color w:val="000000"/>
          <w:sz w:val="20"/>
          <w:szCs w:val="20"/>
        </w:rPr>
        <w:t>° E.M.S.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3300"/>
        <w:gridCol w:w="6780"/>
      </w:tblGrid>
      <w:tr w:rsidR="00DC39D0" w:rsidRPr="0074584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Nombre completo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Cédula de identidad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Domicilio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Correo electrónico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:rsidR="00DC39D0" w:rsidRPr="00745847" w:rsidRDefault="00745847" w:rsidP="00745847">
      <w:pPr>
        <w:keepLines/>
        <w:spacing w:before="320" w:after="20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Declaro bajo juramento que tengo salud compatible con el desempeño del cargo al cual postulo, para efectos de lo dispuesto en el artículo 10, letra c), y en el artículo 18 de la Ley N° 18.883.</w:t>
      </w:r>
    </w:p>
    <w:p w:rsidR="00DC39D0" w:rsidRPr="00745847" w:rsidRDefault="00745847" w:rsidP="00745847">
      <w:pPr>
        <w:keepLines/>
        <w:spacing w:after="20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Declaro conocer que, si resulto seleccionado/a, deberé acreditar este requisito mediante certificación del Servicio de Salud correspondiente y dentro del plazo indicado por la Municipalidad. Asimismo, declaro conocer que la falsedad de esta declaración podrá generar las responsabilidades previstas en el artículo 210 del Código Penal y las demás que correspondan.</w:t>
      </w:r>
    </w:p>
    <w:p w:rsidR="00DC39D0" w:rsidRPr="00477F2E" w:rsidRDefault="00745847" w:rsidP="00745847">
      <w:pPr>
        <w:keepLines/>
        <w:spacing w:after="480"/>
        <w:jc w:val="both"/>
        <w:rPr>
          <w:rFonts w:ascii="Reddit Sans" w:hAnsi="Reddit Sans"/>
          <w:color w:val="000000"/>
          <w:sz w:val="20"/>
          <w:szCs w:val="20"/>
        </w:rPr>
      </w:pPr>
      <w:r w:rsidRPr="00477F2E">
        <w:rPr>
          <w:rFonts w:ascii="Reddit Sans" w:hAnsi="Reddit Sans"/>
          <w:color w:val="000000"/>
          <w:sz w:val="20"/>
          <w:szCs w:val="20"/>
        </w:rPr>
        <w:t>La existencia de una calificación o certificación de discapacidad o de una pensión de invalidez no constituye, por sí sola, una declaración de incompatibilidad de salud.</w:t>
      </w:r>
    </w:p>
    <w:p w:rsidR="00477F2E" w:rsidRDefault="00477F2E" w:rsidP="00745847">
      <w:pPr>
        <w:keepLines/>
        <w:spacing w:after="480"/>
        <w:jc w:val="both"/>
        <w:rPr>
          <w:rFonts w:ascii="Reddit Sans" w:hAnsi="Reddit Sans"/>
          <w:sz w:val="20"/>
          <w:szCs w:val="20"/>
        </w:rPr>
      </w:pPr>
    </w:p>
    <w:p w:rsidR="00477F2E" w:rsidRDefault="00477F2E" w:rsidP="00745847">
      <w:pPr>
        <w:keepLines/>
        <w:spacing w:after="480"/>
        <w:jc w:val="both"/>
        <w:rPr>
          <w:rFonts w:ascii="Reddit Sans" w:hAnsi="Reddit Sans"/>
          <w:sz w:val="20"/>
          <w:szCs w:val="20"/>
        </w:rPr>
      </w:pPr>
    </w:p>
    <w:p w:rsidR="00477F2E" w:rsidRPr="00745847" w:rsidRDefault="00477F2E" w:rsidP="00745847">
      <w:pPr>
        <w:keepLines/>
        <w:spacing w:after="480"/>
        <w:jc w:val="both"/>
        <w:rPr>
          <w:rFonts w:ascii="Reddit Sans" w:hAnsi="Reddit Sans"/>
          <w:sz w:val="20"/>
          <w:szCs w:val="20"/>
        </w:rPr>
      </w:pP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DC39D0" w:rsidRPr="00745847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477F2E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>
              <w:rPr>
                <w:rFonts w:ascii="Reddit Sans" w:hAnsi="Reddit Sans"/>
                <w:color w:val="000000"/>
                <w:sz w:val="20"/>
                <w:szCs w:val="20"/>
              </w:rPr>
              <w:t>___________________________</w:t>
            </w:r>
            <w:r w:rsidR="00745847" w:rsidRPr="00745847">
              <w:rPr>
                <w:rFonts w:ascii="Reddit Sans" w:hAnsi="Reddit Sans"/>
                <w:color w:val="000000"/>
                <w:sz w:val="20"/>
                <w:szCs w:val="20"/>
              </w:rPr>
              <w:br/>
              <w:t>Firma de la persona declarante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Puerto Williams, ____ de __________________ </w:t>
            </w:r>
            <w:proofErr w:type="spellStart"/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>de</w:t>
            </w:r>
            <w:proofErr w:type="spellEnd"/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2026</w:t>
            </w:r>
          </w:p>
        </w:tc>
      </w:tr>
    </w:tbl>
    <w:p w:rsidR="00DC39D0" w:rsidRPr="00745847" w:rsidRDefault="00745847" w:rsidP="00745847">
      <w:pPr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sz w:val="20"/>
          <w:szCs w:val="20"/>
        </w:rPr>
        <w:br w:type="page"/>
      </w:r>
    </w:p>
    <w:p w:rsidR="00477F2E" w:rsidRDefault="00477F2E" w:rsidP="00745847">
      <w:pPr>
        <w:pStyle w:val="Ttulo1"/>
        <w:spacing w:before="200" w:after="80"/>
        <w:jc w:val="both"/>
        <w:rPr>
          <w:rFonts w:ascii="Reddit Sans" w:hAnsi="Reddit Sans" w:cs="Arial"/>
          <w:sz w:val="20"/>
          <w:szCs w:val="20"/>
        </w:rPr>
      </w:pPr>
    </w:p>
    <w:p w:rsidR="00DC39D0" w:rsidRPr="00745847" w:rsidRDefault="00745847" w:rsidP="00745847">
      <w:pPr>
        <w:pStyle w:val="Ttulo1"/>
        <w:spacing w:before="200" w:after="8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sz w:val="20"/>
          <w:szCs w:val="20"/>
        </w:rPr>
        <w:t>ANEXO N° 3</w:t>
      </w:r>
    </w:p>
    <w:p w:rsidR="00DC39D0" w:rsidRPr="00745847" w:rsidRDefault="00745847" w:rsidP="00745847">
      <w:pPr>
        <w:pStyle w:val="Ttulo2"/>
        <w:spacing w:before="140"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 w:cs="Arial"/>
          <w:color w:val="000000"/>
          <w:sz w:val="20"/>
          <w:szCs w:val="20"/>
        </w:rPr>
        <w:t>DECLARACIÓN JURADA SIMPLE DE REQUISITOS E INHABILIDADES</w:t>
      </w:r>
    </w:p>
    <w:p w:rsidR="00DC39D0" w:rsidRPr="00745847" w:rsidRDefault="00745847" w:rsidP="00745847">
      <w:pPr>
        <w:keepLines/>
        <w:spacing w:after="24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Cargo: Administrativo/a, Planta de Administrativos, grado 1</w:t>
      </w:r>
      <w:r w:rsidR="00616399">
        <w:rPr>
          <w:rFonts w:ascii="Reddit Sans" w:hAnsi="Reddit Sans"/>
          <w:color w:val="000000"/>
          <w:sz w:val="20"/>
          <w:szCs w:val="20"/>
        </w:rPr>
        <w:t>6</w:t>
      </w:r>
      <w:r w:rsidRPr="00745847">
        <w:rPr>
          <w:rFonts w:ascii="Reddit Sans" w:hAnsi="Reddit Sans"/>
          <w:color w:val="000000"/>
          <w:sz w:val="20"/>
          <w:szCs w:val="20"/>
        </w:rPr>
        <w:t>° E.M.S.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3300"/>
        <w:gridCol w:w="6780"/>
      </w:tblGrid>
      <w:tr w:rsidR="00DC39D0" w:rsidRPr="0074584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Nombre completo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Cédula de identidad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  <w:tr w:rsidR="00DC39D0" w:rsidRPr="00745847">
        <w:trPr>
          <w:cantSplit/>
          <w:jc w:val="center"/>
        </w:trPr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b/>
                <w:color w:val="000000"/>
                <w:sz w:val="20"/>
                <w:szCs w:val="20"/>
              </w:rPr>
              <w:t>Domicilio</w:t>
            </w:r>
          </w:p>
        </w:tc>
        <w:tc>
          <w:tcPr>
            <w:tcW w:w="678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DC39D0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</w:p>
        </w:tc>
      </w:tr>
    </w:tbl>
    <w:p w:rsidR="00DC39D0" w:rsidRPr="00745847" w:rsidRDefault="00745847" w:rsidP="00745847">
      <w:pPr>
        <w:keepLines/>
        <w:spacing w:before="24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Declaro bajo juramento que, a la fecha de esta declaración:</w:t>
      </w:r>
    </w:p>
    <w:p w:rsidR="00DC39D0" w:rsidRPr="00745847" w:rsidRDefault="00745847" w:rsidP="00745847">
      <w:pPr>
        <w:numPr>
          <w:ilvl w:val="0"/>
          <w:numId w:val="1"/>
        </w:numPr>
        <w:spacing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No he cesado en un cargo público por calificación deficiente o medida disciplinaria dentro de los últimos cinco años, salvo que resulte aplicable la excepción prevista por la ley.</w:t>
      </w:r>
    </w:p>
    <w:p w:rsidR="00DC39D0" w:rsidRPr="00745847" w:rsidRDefault="00745847" w:rsidP="00745847">
      <w:pPr>
        <w:numPr>
          <w:ilvl w:val="0"/>
          <w:numId w:val="1"/>
        </w:numPr>
        <w:spacing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 xml:space="preserve">No estoy inhabilitado/a para el ejercicio de funciones o cargos públicos y no me encuentro afecto/a </w:t>
      </w:r>
      <w:proofErr w:type="spellStart"/>
      <w:r w:rsidRPr="00745847">
        <w:rPr>
          <w:rFonts w:ascii="Reddit Sans" w:hAnsi="Reddit Sans"/>
          <w:color w:val="000000"/>
          <w:sz w:val="20"/>
          <w:szCs w:val="20"/>
        </w:rPr>
        <w:t>a</w:t>
      </w:r>
      <w:proofErr w:type="spellEnd"/>
      <w:r w:rsidRPr="00745847">
        <w:rPr>
          <w:rFonts w:ascii="Reddit Sans" w:hAnsi="Reddit Sans"/>
          <w:color w:val="000000"/>
          <w:sz w:val="20"/>
          <w:szCs w:val="20"/>
        </w:rPr>
        <w:t xml:space="preserve"> una condena que impida mi ingreso al cargo, considerando la regla especial del artículo 10, letra f), de la Ley N° 18.883 para cargos administrativos.</w:t>
      </w:r>
    </w:p>
    <w:p w:rsidR="00DC39D0" w:rsidRPr="00745847" w:rsidRDefault="00745847" w:rsidP="00745847">
      <w:pPr>
        <w:numPr>
          <w:ilvl w:val="0"/>
          <w:numId w:val="1"/>
        </w:numPr>
        <w:spacing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No tengo vigentes ni suscribiré, por mí o por terceros, contratos o cauciones por 200 UTM o más con la Municipalidad; no mantengo litigios pendientes con ella fuera de las excepciones legales; y no me encuentro en las demás situaciones previstas en el artículo 54, letra a), del DFL N° 1/19.653.</w:t>
      </w:r>
    </w:p>
    <w:p w:rsidR="00DC39D0" w:rsidRPr="00745847" w:rsidRDefault="00745847" w:rsidP="00745847">
      <w:pPr>
        <w:numPr>
          <w:ilvl w:val="0"/>
          <w:numId w:val="1"/>
        </w:numPr>
        <w:spacing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No tengo la calidad de cónyuge, hijo/a, adoptado/a ni pariente hasta el tercer grado de consanguinidad o segundo de afinidad, inclusive, respecto de las autoridades y funcionarios directivos de la Municipalidad hasta el nivel de jefe de departamento o equivalente, en los términos del artículo 54, letra b), del DFL N° 1/19.653.</w:t>
      </w:r>
    </w:p>
    <w:p w:rsidR="00DC39D0" w:rsidRPr="00745847" w:rsidRDefault="00745847" w:rsidP="00745847">
      <w:pPr>
        <w:numPr>
          <w:ilvl w:val="0"/>
          <w:numId w:val="1"/>
        </w:numPr>
        <w:spacing w:after="60"/>
        <w:jc w:val="both"/>
        <w:rPr>
          <w:rFonts w:ascii="Reddit Sans" w:hAnsi="Reddit Sans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 xml:space="preserve">No me encuentro afecto/a </w:t>
      </w:r>
      <w:proofErr w:type="spellStart"/>
      <w:r w:rsidRPr="00745847">
        <w:rPr>
          <w:rFonts w:ascii="Reddit Sans" w:hAnsi="Reddit Sans"/>
          <w:color w:val="000000"/>
          <w:sz w:val="20"/>
          <w:szCs w:val="20"/>
        </w:rPr>
        <w:t>a</w:t>
      </w:r>
      <w:proofErr w:type="spellEnd"/>
      <w:r w:rsidRPr="00745847">
        <w:rPr>
          <w:rFonts w:ascii="Reddit Sans" w:hAnsi="Reddit Sans"/>
          <w:color w:val="000000"/>
          <w:sz w:val="20"/>
          <w:szCs w:val="20"/>
        </w:rPr>
        <w:t xml:space="preserve"> otra inhabilidad legal que impida mi ingreso a la Administración del Estado o el desempeño del cargo concursado.</w:t>
      </w:r>
    </w:p>
    <w:p w:rsidR="00DC39D0" w:rsidRDefault="00745847" w:rsidP="00745847">
      <w:pPr>
        <w:keepLines/>
        <w:spacing w:before="120" w:after="400"/>
        <w:jc w:val="both"/>
        <w:rPr>
          <w:rFonts w:ascii="Reddit Sans" w:hAnsi="Reddit Sans"/>
          <w:color w:val="000000"/>
          <w:sz w:val="20"/>
          <w:szCs w:val="20"/>
        </w:rPr>
      </w:pPr>
      <w:r w:rsidRPr="00745847">
        <w:rPr>
          <w:rFonts w:ascii="Reddit Sans" w:hAnsi="Reddit Sans"/>
          <w:color w:val="000000"/>
          <w:sz w:val="20"/>
          <w:szCs w:val="20"/>
        </w:rPr>
        <w:t>Declaro conocer que la Municipalidad verificará los requisitos legales que correspondan y que la falsedad de esta declaración podrá generar las responsabilidades del artículo 210 del Código Penal, la exclusión del concurso o el término de los efectos del nombramiento, según proceda.</w:t>
      </w:r>
    </w:p>
    <w:p w:rsidR="00477F2E" w:rsidRDefault="00477F2E" w:rsidP="00745847">
      <w:pPr>
        <w:keepLines/>
        <w:spacing w:before="120" w:after="400"/>
        <w:jc w:val="both"/>
        <w:rPr>
          <w:rFonts w:ascii="Reddit Sans" w:hAnsi="Reddit Sans"/>
          <w:color w:val="000000"/>
          <w:sz w:val="20"/>
          <w:szCs w:val="20"/>
        </w:rPr>
      </w:pPr>
    </w:p>
    <w:p w:rsidR="00477F2E" w:rsidRDefault="00477F2E" w:rsidP="00745847">
      <w:pPr>
        <w:keepLines/>
        <w:spacing w:before="120" w:after="400"/>
        <w:jc w:val="both"/>
        <w:rPr>
          <w:rFonts w:ascii="Reddit Sans" w:hAnsi="Reddit Sans"/>
          <w:color w:val="000000"/>
          <w:sz w:val="20"/>
          <w:szCs w:val="20"/>
        </w:rPr>
      </w:pPr>
    </w:p>
    <w:p w:rsidR="00477F2E" w:rsidRPr="00745847" w:rsidRDefault="00477F2E" w:rsidP="00745847">
      <w:pPr>
        <w:keepLines/>
        <w:spacing w:before="120" w:after="400"/>
        <w:jc w:val="both"/>
        <w:rPr>
          <w:rFonts w:ascii="Reddit Sans" w:hAnsi="Reddit Sans"/>
          <w:sz w:val="20"/>
          <w:szCs w:val="20"/>
        </w:rPr>
      </w:pP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DC39D0" w:rsidRPr="00745847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477F2E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>
              <w:rPr>
                <w:rFonts w:ascii="Reddit Sans" w:hAnsi="Reddit Sans"/>
                <w:color w:val="000000"/>
                <w:sz w:val="20"/>
                <w:szCs w:val="20"/>
              </w:rPr>
              <w:t>___________________________</w:t>
            </w:r>
            <w:r w:rsidR="00745847" w:rsidRPr="00745847">
              <w:rPr>
                <w:rFonts w:ascii="Reddit Sans" w:hAnsi="Reddit Sans"/>
                <w:color w:val="000000"/>
                <w:sz w:val="20"/>
                <w:szCs w:val="20"/>
              </w:rPr>
              <w:br/>
              <w:t>Firma de la persona declarante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C39D0" w:rsidRPr="00745847" w:rsidRDefault="00745847" w:rsidP="00745847">
            <w:pPr>
              <w:spacing w:after="0"/>
              <w:jc w:val="both"/>
              <w:rPr>
                <w:rFonts w:ascii="Reddit Sans" w:hAnsi="Reddit Sans"/>
                <w:sz w:val="20"/>
                <w:szCs w:val="20"/>
              </w:rPr>
            </w:pPr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Puerto Williams, ____ de __________________ </w:t>
            </w:r>
            <w:proofErr w:type="spellStart"/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>de</w:t>
            </w:r>
            <w:proofErr w:type="spellEnd"/>
            <w:r w:rsidRPr="00745847">
              <w:rPr>
                <w:rFonts w:ascii="Reddit Sans" w:hAnsi="Reddit Sans"/>
                <w:color w:val="000000"/>
                <w:sz w:val="20"/>
                <w:szCs w:val="20"/>
              </w:rPr>
              <w:t xml:space="preserve"> 2026</w:t>
            </w:r>
          </w:p>
        </w:tc>
      </w:tr>
    </w:tbl>
    <w:sectPr w:rsidR="00745847" w:rsidRPr="00745847" w:rsidSect="00883C26">
      <w:headerReference w:type="default" r:id="rId12"/>
      <w:footerReference w:type="default" r:id="rId13"/>
      <w:pgSz w:w="18722" w:h="12242" w:orient="landscape" w:code="281"/>
      <w:pgMar w:top="1008" w:right="936" w:bottom="792" w:left="936" w:header="21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666" w:rsidRDefault="00CF4666">
      <w:pPr>
        <w:spacing w:after="0" w:line="240" w:lineRule="auto"/>
      </w:pPr>
      <w:r>
        <w:separator/>
      </w:r>
    </w:p>
  </w:endnote>
  <w:endnote w:type="continuationSeparator" w:id="0">
    <w:p w:rsidR="00CF4666" w:rsidRDefault="00CF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ddit Sans">
    <w:altName w:val="Times New Roman"/>
    <w:panose1 w:val="00000000000000000000"/>
    <w:charset w:val="00"/>
    <w:family w:val="auto"/>
    <w:pitch w:val="variable"/>
    <w:sig w:usb0="A00000FF" w:usb1="520060F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628" w:rsidRDefault="00FE0628">
    <w:pPr>
      <w:pStyle w:val="Piedepgina"/>
      <w:keepLines/>
      <w:jc w:val="right"/>
    </w:pPr>
    <w:r>
      <w:rPr>
        <w:rFonts w:ascii="Arial" w:hAnsi="Arial" w:cs="Arial"/>
        <w:color w:val="666666"/>
        <w:sz w:val="16"/>
      </w:rPr>
      <w:t xml:space="preserve">Página </w:t>
    </w:r>
    <w:r>
      <w:rPr>
        <w:rFonts w:ascii="Arial" w:hAnsi="Arial" w:cs="Arial"/>
        <w:color w:val="666666"/>
        <w:sz w:val="16"/>
      </w:rPr>
      <w:fldChar w:fldCharType="begin"/>
    </w:r>
    <w:r>
      <w:rPr>
        <w:rFonts w:ascii="Arial" w:hAnsi="Arial" w:cs="Arial"/>
        <w:color w:val="666666"/>
        <w:sz w:val="16"/>
      </w:rPr>
      <w:instrText>PAGE</w:instrText>
    </w:r>
    <w:r>
      <w:rPr>
        <w:rFonts w:ascii="Arial" w:hAnsi="Arial" w:cs="Arial"/>
        <w:color w:val="666666"/>
        <w:sz w:val="16"/>
      </w:rPr>
      <w:fldChar w:fldCharType="separate"/>
    </w:r>
    <w:r w:rsidR="00883C26">
      <w:rPr>
        <w:rFonts w:ascii="Arial" w:hAnsi="Arial" w:cs="Arial"/>
        <w:noProof/>
        <w:color w:val="666666"/>
        <w:sz w:val="16"/>
      </w:rPr>
      <w:t>10</w:t>
    </w:r>
    <w:r>
      <w:rPr>
        <w:rFonts w:ascii="Arial" w:hAnsi="Arial" w:cs="Arial"/>
        <w:color w:val="66666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628" w:rsidRDefault="00FE0628">
    <w:pPr>
      <w:pStyle w:val="Piedepgina"/>
      <w:keepLines/>
      <w:jc w:val="right"/>
    </w:pPr>
    <w:r>
      <w:rPr>
        <w:rFonts w:ascii="Arial" w:hAnsi="Arial" w:cs="Arial"/>
        <w:color w:val="666666"/>
        <w:sz w:val="16"/>
      </w:rPr>
      <w:t xml:space="preserve">Página </w:t>
    </w:r>
    <w:r>
      <w:rPr>
        <w:rFonts w:ascii="Arial" w:hAnsi="Arial" w:cs="Arial"/>
        <w:color w:val="666666"/>
        <w:sz w:val="16"/>
      </w:rPr>
      <w:fldChar w:fldCharType="begin"/>
    </w:r>
    <w:r>
      <w:rPr>
        <w:rFonts w:ascii="Arial" w:hAnsi="Arial" w:cs="Arial"/>
        <w:color w:val="666666"/>
        <w:sz w:val="16"/>
      </w:rPr>
      <w:instrText>PAGE</w:instrText>
    </w:r>
    <w:r>
      <w:rPr>
        <w:rFonts w:ascii="Arial" w:hAnsi="Arial" w:cs="Arial"/>
        <w:color w:val="666666"/>
        <w:sz w:val="16"/>
      </w:rPr>
      <w:fldChar w:fldCharType="separate"/>
    </w:r>
    <w:r w:rsidR="00883C26">
      <w:rPr>
        <w:rFonts w:ascii="Arial" w:hAnsi="Arial" w:cs="Arial"/>
        <w:noProof/>
        <w:color w:val="666666"/>
        <w:sz w:val="16"/>
      </w:rPr>
      <w:t>13</w:t>
    </w:r>
    <w:r>
      <w:rPr>
        <w:rFonts w:ascii="Arial" w:hAnsi="Arial" w:cs="Arial"/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666" w:rsidRDefault="00CF4666">
      <w:pPr>
        <w:spacing w:after="0" w:line="240" w:lineRule="auto"/>
      </w:pPr>
      <w:r>
        <w:separator/>
      </w:r>
    </w:p>
  </w:footnote>
  <w:footnote w:type="continuationSeparator" w:id="0">
    <w:p w:rsidR="00CF4666" w:rsidRDefault="00CF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jc w:val="center"/>
      <w:tblLayout w:type="fixed"/>
      <w:tblLook w:val="04A0" w:firstRow="1" w:lastRow="0" w:firstColumn="1" w:lastColumn="0" w:noHBand="0" w:noVBand="1"/>
    </w:tblPr>
    <w:tblGrid>
      <w:gridCol w:w="760"/>
      <w:gridCol w:w="3100"/>
      <w:gridCol w:w="6220"/>
    </w:tblGrid>
    <w:tr w:rsidR="00FE0628" w:rsidTr="00130609">
      <w:trPr>
        <w:trHeight w:val="1840"/>
        <w:jc w:val="center"/>
      </w:trPr>
      <w:tc>
        <w:tcPr>
          <w:tcW w:w="76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E0628" w:rsidRDefault="00FE0628">
          <w:pPr>
            <w:spacing w:after="0"/>
            <w:jc w:val="center"/>
          </w:pPr>
        </w:p>
      </w:tc>
      <w:tc>
        <w:tcPr>
          <w:tcW w:w="31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E0628" w:rsidRPr="00745847" w:rsidRDefault="00130609">
          <w:pPr>
            <w:spacing w:after="0"/>
          </w:pPr>
          <w:r w:rsidRPr="00745847">
            <w:rPr>
              <w:noProof/>
              <w:lang w:eastAsia="es-CL"/>
            </w:rPr>
            <mc:AlternateContent>
              <mc:Choice Requires="wps">
                <w:drawing>
                  <wp:anchor distT="45720" distB="45720" distL="114300" distR="114300" simplePos="0" relativeHeight="251779072" behindDoc="0" locked="0" layoutInCell="1" allowOverlap="1" wp14:anchorId="41EC8617" wp14:editId="29E102BD">
                    <wp:simplePos x="0" y="0"/>
                    <wp:positionH relativeFrom="column">
                      <wp:posOffset>-469900</wp:posOffset>
                    </wp:positionH>
                    <wp:positionV relativeFrom="paragraph">
                      <wp:posOffset>623570</wp:posOffset>
                    </wp:positionV>
                    <wp:extent cx="1619250" cy="504825"/>
                    <wp:effectExtent l="0" t="0" r="0" b="9525"/>
                    <wp:wrapNone/>
                    <wp:docPr id="217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19250" cy="5048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E0628" w:rsidRPr="00745847" w:rsidRDefault="00FE0628" w:rsidP="00745847">
                                <w:pPr>
                                  <w:pStyle w:val="Sinespaciado"/>
                                  <w:jc w:val="center"/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</w:pPr>
                                <w:r w:rsidRPr="00745847"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  <w:t>REPÚBLICA DE CHILE</w:t>
                                </w:r>
                              </w:p>
                              <w:p w:rsidR="00FE0628" w:rsidRPr="00745847" w:rsidRDefault="00FE0628" w:rsidP="00745847">
                                <w:pPr>
                                  <w:pStyle w:val="Sinespaciado"/>
                                  <w:jc w:val="center"/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</w:pPr>
                                <w:r w:rsidRPr="00745847"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  <w:t>AGRUPACIÓN DE COMUNAS CABO DE HORNOS</w:t>
                                </w:r>
                              </w:p>
                              <w:p w:rsidR="00FE0628" w:rsidRPr="00745847" w:rsidRDefault="00FE0628" w:rsidP="00745847">
                                <w:pPr>
                                  <w:pStyle w:val="Sinespaciado"/>
                                  <w:jc w:val="center"/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</w:pPr>
                                <w:r w:rsidRPr="00745847"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  <w:t>Y ANTÁRTICA</w:t>
                                </w:r>
                              </w:p>
                              <w:p w:rsidR="00FE0628" w:rsidRPr="00745847" w:rsidRDefault="00FE0628" w:rsidP="00745847">
                                <w:pPr>
                                  <w:pStyle w:val="Sinespaciado"/>
                                  <w:jc w:val="center"/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</w:pPr>
                                <w:r w:rsidRPr="00745847"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  <w:t>I. MUNICIPALIDAD DE CABO DE HORNOS</w:t>
                                </w:r>
                              </w:p>
                              <w:p w:rsidR="00FE0628" w:rsidRPr="00745847" w:rsidRDefault="00FE0628" w:rsidP="00745847">
                                <w:pPr>
                                  <w:pStyle w:val="Sinespaciado"/>
                                  <w:jc w:val="center"/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</w:pPr>
                                <w:r w:rsidRPr="00745847">
                                  <w:rPr>
                                    <w:rFonts w:ascii="Reddit Sans" w:hAnsi="Reddit Sans"/>
                                    <w:sz w:val="10"/>
                                    <w:szCs w:val="10"/>
                                    <w:lang w:val="es-CL"/>
                                  </w:rPr>
                                  <w:t>PERSONAL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1EC8617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6" type="#_x0000_t202" style="position:absolute;margin-left:-37pt;margin-top:49.1pt;width:127.5pt;height:39.7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" stroked="f">
                    <v:textbox>
                      <w:txbxContent>
                        <w:p w:rsidR="00FE0628" w:rsidRPr="00745847" w:rsidRDefault="00FE0628" w:rsidP="00745847">
                          <w:pPr>
                            <w:pStyle w:val="Sinespaciado"/>
                            <w:jc w:val="center"/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</w:pPr>
                          <w:r w:rsidRPr="00745847"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  <w:t>REPÚBLICA DE CHILE</w:t>
                          </w:r>
                        </w:p>
                        <w:p w:rsidR="00FE0628" w:rsidRPr="00745847" w:rsidRDefault="00FE0628" w:rsidP="00745847">
                          <w:pPr>
                            <w:pStyle w:val="Sinespaciado"/>
                            <w:jc w:val="center"/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</w:pPr>
                          <w:r w:rsidRPr="00745847"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  <w:t>AGRUPACIÓN DE COMUNAS CABO DE HORNOS</w:t>
                          </w:r>
                        </w:p>
                        <w:p w:rsidR="00FE0628" w:rsidRPr="00745847" w:rsidRDefault="00FE0628" w:rsidP="00745847">
                          <w:pPr>
                            <w:pStyle w:val="Sinespaciado"/>
                            <w:jc w:val="center"/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</w:pPr>
                          <w:r w:rsidRPr="00745847"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  <w:t>Y ANTÁRTICA</w:t>
                          </w:r>
                        </w:p>
                        <w:p w:rsidR="00FE0628" w:rsidRPr="00745847" w:rsidRDefault="00FE0628" w:rsidP="00745847">
                          <w:pPr>
                            <w:pStyle w:val="Sinespaciado"/>
                            <w:jc w:val="center"/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</w:pPr>
                          <w:r w:rsidRPr="00745847"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  <w:t>I. MUNICIPALIDAD DE CABO DE HORNOS</w:t>
                          </w:r>
                        </w:p>
                        <w:p w:rsidR="00FE0628" w:rsidRPr="00745847" w:rsidRDefault="00FE0628" w:rsidP="00745847">
                          <w:pPr>
                            <w:pStyle w:val="Sinespaciado"/>
                            <w:jc w:val="center"/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</w:pPr>
                          <w:r w:rsidRPr="00745847">
                            <w:rPr>
                              <w:rFonts w:ascii="Reddit Sans" w:hAnsi="Reddit Sans"/>
                              <w:sz w:val="10"/>
                              <w:szCs w:val="10"/>
                              <w:lang w:val="es-CL"/>
                            </w:rPr>
                            <w:t>PERSONAL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E0628">
            <w:rPr>
              <w:noProof/>
              <w:lang w:eastAsia="es-CL"/>
            </w:rPr>
            <w:drawing>
              <wp:anchor distT="0" distB="0" distL="114300" distR="114300" simplePos="0" relativeHeight="251657216" behindDoc="0" locked="0" layoutInCell="1" allowOverlap="1" wp14:anchorId="3832D318" wp14:editId="10D90FAC">
                <wp:simplePos x="0" y="0"/>
                <wp:positionH relativeFrom="column">
                  <wp:posOffset>95250</wp:posOffset>
                </wp:positionH>
                <wp:positionV relativeFrom="paragraph">
                  <wp:posOffset>-6985</wp:posOffset>
                </wp:positionV>
                <wp:extent cx="466725" cy="647700"/>
                <wp:effectExtent l="0" t="0" r="9525" b="0"/>
                <wp:wrapNone/>
                <wp:docPr id="30" name="Imagen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2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E0628" w:rsidRDefault="00FE0628" w:rsidP="00745847">
          <w:pPr>
            <w:jc w:val="center"/>
          </w:pPr>
          <w:r>
            <w:rPr>
              <w:rFonts w:ascii="Arial" w:hAnsi="Arial" w:cs="Arial"/>
              <w:b/>
              <w:color w:val="666666"/>
              <w:sz w:val="14"/>
            </w:rPr>
            <w:t xml:space="preserve">                                                                                                       CONCURSO PÚBLICO 2026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967" w:type="dxa"/>
      <w:jc w:val="center"/>
      <w:tblLayout w:type="fixed"/>
      <w:tblLook w:val="04A0" w:firstRow="1" w:lastRow="0" w:firstColumn="1" w:lastColumn="0" w:noHBand="0" w:noVBand="1"/>
    </w:tblPr>
    <w:tblGrid>
      <w:gridCol w:w="760"/>
      <w:gridCol w:w="3100"/>
      <w:gridCol w:w="10107"/>
    </w:tblGrid>
    <w:tr w:rsidR="00FE0628">
      <w:trPr>
        <w:jc w:val="center"/>
      </w:trPr>
      <w:tc>
        <w:tcPr>
          <w:tcW w:w="76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E0628" w:rsidRDefault="00FE0628">
          <w:pPr>
            <w:spacing w:after="0"/>
            <w:jc w:val="center"/>
          </w:pPr>
          <w:r>
            <w:rPr>
              <w:noProof/>
              <w:lang w:eastAsia="es-CL"/>
            </w:rPr>
            <w:drawing>
              <wp:inline distT="0" distB="0" distL="0" distR="0" wp14:anchorId="723AE5B0" wp14:editId="588A9795">
                <wp:extent cx="384048" cy="529200"/>
                <wp:effectExtent l="0" t="0" r="0" b="0"/>
                <wp:docPr id="2" name="Picture 1" descr="Escudo de la Ilustre Municipalidad de Cabo de Hornos" title="Escudo municip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529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E0628" w:rsidRPr="00745847" w:rsidRDefault="00FE0628" w:rsidP="00883C26">
          <w:pPr>
            <w:spacing w:after="0"/>
            <w:jc w:val="center"/>
          </w:pPr>
          <w:r w:rsidRPr="00745847">
            <w:rPr>
              <w:rFonts w:ascii="Arial" w:hAnsi="Arial" w:cs="Arial"/>
              <w:b/>
              <w:color w:val="17365D"/>
              <w:sz w:val="13"/>
            </w:rPr>
            <w:t>REPÚBLICA DE CHILE</w:t>
          </w:r>
          <w:r w:rsidRPr="00745847">
            <w:rPr>
              <w:rFonts w:ascii="Arial" w:hAnsi="Arial" w:cs="Arial"/>
              <w:b/>
              <w:color w:val="17365D"/>
              <w:sz w:val="13"/>
            </w:rPr>
            <w:br/>
            <w:t>AGRUPACIÓN DE COMUNAS CABO DE HORNOS Y ANTÁRTICA CHILENA</w:t>
          </w:r>
          <w:r w:rsidRPr="00745847">
            <w:rPr>
              <w:rFonts w:ascii="Arial" w:hAnsi="Arial" w:cs="Arial"/>
              <w:b/>
              <w:color w:val="17365D"/>
              <w:sz w:val="13"/>
            </w:rPr>
            <w:br/>
            <w:t>ILUSTRE MUNICIPALIDAD DE CABO DE HORNOS</w:t>
          </w:r>
          <w:r w:rsidRPr="00745847">
            <w:rPr>
              <w:rFonts w:ascii="Arial" w:hAnsi="Arial" w:cs="Arial"/>
              <w:b/>
              <w:color w:val="17365D"/>
              <w:sz w:val="13"/>
            </w:rPr>
            <w:br/>
            <w:t>UNIDAD DE PERSONAL</w:t>
          </w:r>
        </w:p>
      </w:tc>
      <w:tc>
        <w:tcPr>
          <w:tcW w:w="10107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FE0628" w:rsidRDefault="00FE0628">
          <w:pPr>
            <w:jc w:val="right"/>
          </w:pPr>
          <w:r>
            <w:rPr>
              <w:rFonts w:ascii="Arial" w:hAnsi="Arial" w:cs="Arial"/>
              <w:b/>
              <w:color w:val="666666"/>
              <w:sz w:val="14"/>
            </w:rPr>
            <w:t>CONCURSO PÚBLICO 2026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3A5048"/>
    <w:multiLevelType w:val="hybridMultilevel"/>
    <w:tmpl w:val="37763B9C"/>
    <w:lvl w:ilvl="0" w:tplc="04090017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0" w15:restartNumberingAfterBreak="0">
    <w:nsid w:val="17666511"/>
    <w:multiLevelType w:val="singleLevel"/>
    <w:tmpl w:val="27AEC76A"/>
    <w:lvl w:ilvl="0">
      <w:start w:val="1"/>
      <w:numFmt w:val="decimal"/>
      <w:suff w:val="space"/>
      <w:lvlText w:val="%1."/>
      <w:lvlJc w:val="left"/>
      <w:pPr>
        <w:tabs>
          <w:tab w:val="num" w:pos="520"/>
        </w:tabs>
        <w:ind w:left="520" w:hanging="280"/>
      </w:pPr>
    </w:lvl>
  </w:abstractNum>
  <w:abstractNum w:abstractNumId="11" w15:restartNumberingAfterBreak="0">
    <w:nsid w:val="19D23538"/>
    <w:multiLevelType w:val="singleLevel"/>
    <w:tmpl w:val="E200C87E"/>
    <w:lvl w:ilvl="0">
      <w:start w:val="1"/>
      <w:numFmt w:val="lowerLetter"/>
      <w:suff w:val="space"/>
      <w:lvlText w:val="%1)"/>
      <w:lvlJc w:val="left"/>
      <w:pPr>
        <w:tabs>
          <w:tab w:val="num" w:pos="520"/>
        </w:tabs>
        <w:ind w:left="520" w:hanging="280"/>
      </w:pPr>
    </w:lvl>
  </w:abstractNum>
  <w:abstractNum w:abstractNumId="12" w15:restartNumberingAfterBreak="0">
    <w:nsid w:val="21E871B5"/>
    <w:multiLevelType w:val="singleLevel"/>
    <w:tmpl w:val="DF8E0A3E"/>
    <w:lvl w:ilvl="0">
      <w:start w:val="1"/>
      <w:numFmt w:val="bullet"/>
      <w:suff w:val="space"/>
      <w:lvlText w:val="•"/>
      <w:lvlJc w:val="left"/>
      <w:pPr>
        <w:tabs>
          <w:tab w:val="num" w:pos="500"/>
        </w:tabs>
        <w:ind w:left="500" w:hanging="250"/>
      </w:pPr>
      <w:rPr>
        <w:rFonts w:ascii="Symbol" w:hAnsi="Symbol"/>
      </w:rPr>
    </w:lvl>
  </w:abstractNum>
  <w:abstractNum w:abstractNumId="13" w15:restartNumberingAfterBreak="0">
    <w:nsid w:val="2BD674DF"/>
    <w:multiLevelType w:val="singleLevel"/>
    <w:tmpl w:val="A0F4257A"/>
    <w:lvl w:ilvl="0">
      <w:start w:val="1"/>
      <w:numFmt w:val="bullet"/>
      <w:suff w:val="space"/>
      <w:lvlText w:val="•"/>
      <w:lvlJc w:val="left"/>
      <w:pPr>
        <w:tabs>
          <w:tab w:val="num" w:pos="500"/>
        </w:tabs>
        <w:ind w:left="500" w:hanging="250"/>
      </w:pPr>
      <w:rPr>
        <w:rFonts w:ascii="Symbol" w:hAnsi="Symbol"/>
      </w:rPr>
    </w:lvl>
  </w:abstractNum>
  <w:abstractNum w:abstractNumId="14" w15:restartNumberingAfterBreak="0">
    <w:nsid w:val="2E302C8C"/>
    <w:multiLevelType w:val="hybridMultilevel"/>
    <w:tmpl w:val="664E209A"/>
    <w:lvl w:ilvl="0" w:tplc="340A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5" w15:restartNumberingAfterBreak="0">
    <w:nsid w:val="30A26E38"/>
    <w:multiLevelType w:val="hybridMultilevel"/>
    <w:tmpl w:val="4D866298"/>
    <w:lvl w:ilvl="0" w:tplc="0C0A000D">
      <w:start w:val="1"/>
      <w:numFmt w:val="bullet"/>
      <w:lvlText w:val=""/>
      <w:lvlJc w:val="left"/>
      <w:pPr>
        <w:ind w:left="60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6" w15:restartNumberingAfterBreak="0">
    <w:nsid w:val="3A447AC6"/>
    <w:multiLevelType w:val="singleLevel"/>
    <w:tmpl w:val="C1B612CE"/>
    <w:lvl w:ilvl="0">
      <w:start w:val="1"/>
      <w:numFmt w:val="bullet"/>
      <w:suff w:val="space"/>
      <w:lvlText w:val="•"/>
      <w:lvlJc w:val="left"/>
      <w:pPr>
        <w:tabs>
          <w:tab w:val="num" w:pos="500"/>
        </w:tabs>
        <w:ind w:left="500" w:hanging="250"/>
      </w:pPr>
      <w:rPr>
        <w:rFonts w:ascii="Symbol" w:hAnsi="Symbol"/>
      </w:rPr>
    </w:lvl>
  </w:abstractNum>
  <w:abstractNum w:abstractNumId="17" w15:restartNumberingAfterBreak="0">
    <w:nsid w:val="49435A1E"/>
    <w:multiLevelType w:val="hybridMultilevel"/>
    <w:tmpl w:val="E7506A28"/>
    <w:lvl w:ilvl="0" w:tplc="0C0A000D">
      <w:start w:val="1"/>
      <w:numFmt w:val="bullet"/>
      <w:lvlText w:val=""/>
      <w:lvlJc w:val="left"/>
      <w:pPr>
        <w:ind w:left="60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8" w15:restartNumberingAfterBreak="0">
    <w:nsid w:val="519917F9"/>
    <w:multiLevelType w:val="singleLevel"/>
    <w:tmpl w:val="AEEAF034"/>
    <w:lvl w:ilvl="0">
      <w:start w:val="1"/>
      <w:numFmt w:val="bullet"/>
      <w:suff w:val="space"/>
      <w:lvlText w:val="•"/>
      <w:lvlJc w:val="left"/>
      <w:pPr>
        <w:tabs>
          <w:tab w:val="num" w:pos="500"/>
        </w:tabs>
        <w:ind w:left="500" w:hanging="250"/>
      </w:pPr>
      <w:rPr>
        <w:rFonts w:ascii="Symbol" w:hAnsi="Symbol"/>
      </w:rPr>
    </w:lvl>
  </w:abstractNum>
  <w:abstractNum w:abstractNumId="19" w15:restartNumberingAfterBreak="0">
    <w:nsid w:val="5715051C"/>
    <w:multiLevelType w:val="hybridMultilevel"/>
    <w:tmpl w:val="648E18F8"/>
    <w:lvl w:ilvl="0" w:tplc="0C0A000D">
      <w:start w:val="1"/>
      <w:numFmt w:val="bullet"/>
      <w:lvlText w:val=""/>
      <w:lvlJc w:val="left"/>
      <w:pPr>
        <w:ind w:left="60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0" w15:restartNumberingAfterBreak="0">
    <w:nsid w:val="59EC7B6B"/>
    <w:multiLevelType w:val="hybridMultilevel"/>
    <w:tmpl w:val="19E81DFA"/>
    <w:lvl w:ilvl="0" w:tplc="0C0A000D">
      <w:start w:val="1"/>
      <w:numFmt w:val="bullet"/>
      <w:lvlText w:val=""/>
      <w:lvlJc w:val="left"/>
      <w:pPr>
        <w:ind w:left="60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1" w15:restartNumberingAfterBreak="0">
    <w:nsid w:val="5B843183"/>
    <w:multiLevelType w:val="singleLevel"/>
    <w:tmpl w:val="45FC69CC"/>
    <w:lvl w:ilvl="0">
      <w:start w:val="1"/>
      <w:numFmt w:val="bullet"/>
      <w:suff w:val="space"/>
      <w:lvlText w:val="•"/>
      <w:lvlJc w:val="left"/>
      <w:pPr>
        <w:tabs>
          <w:tab w:val="num" w:pos="500"/>
        </w:tabs>
        <w:ind w:left="500" w:hanging="250"/>
      </w:pPr>
      <w:rPr>
        <w:rFonts w:ascii="Symbol" w:hAnsi="Symbol"/>
      </w:rPr>
    </w:lvl>
  </w:abstractNum>
  <w:abstractNum w:abstractNumId="22" w15:restartNumberingAfterBreak="0">
    <w:nsid w:val="628604F7"/>
    <w:multiLevelType w:val="singleLevel"/>
    <w:tmpl w:val="0C0A000D"/>
    <w:lvl w:ilvl="0">
      <w:start w:val="1"/>
      <w:numFmt w:val="bullet"/>
      <w:lvlText w:val=""/>
      <w:lvlJc w:val="left"/>
      <w:pPr>
        <w:ind w:left="60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19"/>
  </w:num>
  <w:num w:numId="4">
    <w:abstractNumId w:val="17"/>
  </w:num>
  <w:num w:numId="5">
    <w:abstractNumId w:val="15"/>
  </w:num>
  <w:num w:numId="6">
    <w:abstractNumId w:val="20"/>
  </w:num>
  <w:num w:numId="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666F"/>
    <w:rsid w:val="00034616"/>
    <w:rsid w:val="0006063C"/>
    <w:rsid w:val="00130609"/>
    <w:rsid w:val="0015074B"/>
    <w:rsid w:val="002269AE"/>
    <w:rsid w:val="00265D19"/>
    <w:rsid w:val="0029639D"/>
    <w:rsid w:val="00326F90"/>
    <w:rsid w:val="003709C1"/>
    <w:rsid w:val="003B0295"/>
    <w:rsid w:val="003B3DBD"/>
    <w:rsid w:val="003C229D"/>
    <w:rsid w:val="00477F2E"/>
    <w:rsid w:val="004A6FA5"/>
    <w:rsid w:val="00616399"/>
    <w:rsid w:val="0061662C"/>
    <w:rsid w:val="00745847"/>
    <w:rsid w:val="00826223"/>
    <w:rsid w:val="00883C26"/>
    <w:rsid w:val="008D79D4"/>
    <w:rsid w:val="00A228A4"/>
    <w:rsid w:val="00AA1D8D"/>
    <w:rsid w:val="00AB2AF6"/>
    <w:rsid w:val="00B47730"/>
    <w:rsid w:val="00CB0664"/>
    <w:rsid w:val="00CF4666"/>
    <w:rsid w:val="00D81F13"/>
    <w:rsid w:val="00DC39D0"/>
    <w:rsid w:val="00E14777"/>
    <w:rsid w:val="00FC693F"/>
    <w:rsid w:val="00FE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2B6A90A3-92AC-45CB-A01E-536F77BF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 w:cs="Times New Roman"/>
      <w:sz w:val="21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3B3DBD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B3DBD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7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9D4"/>
    <w:rPr>
      <w:rFonts w:ascii="Segoe UI" w:hAnsi="Segoe UI" w:cs="Segoe UI"/>
      <w:sz w:val="18"/>
      <w:szCs w:val="18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cabodehornos.c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cursospublicos@imcabodehornos.c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938330-1B11-4EB9-97A0-29AF0C84C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3857</Words>
  <Characters>21218</Characters>
  <Application>Microsoft Office Word</Application>
  <DocSecurity>0</DocSecurity>
  <Lines>176</Lines>
  <Paragraphs>50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Bases Concurso Público Administrativo/a Grado 16° - Municipalidad de Cabo de Hornos - 2026</vt:lpstr>
      <vt:lpstr/>
    </vt:vector>
  </TitlesOfParts>
  <Manager/>
  <Company/>
  <LinksUpToDate>false</LinksUpToDate>
  <CharactersWithSpaces>25025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Concurso Público Administrativo/a Grado 16° - Municipalidad de Cabo de Hornos - 2026</dc:title>
  <dc:subject>Concurso público de antecedentes para proveer un cargo de planta</dc:subject>
  <dc:creator>Ilustre Municipalidad de Cabo de Hornos - Unidad de Personal</dc:creator>
  <cp:keywords>concurso público, administrativo, grado 16, municipalidad, Cabo de Hornos</cp:keywords>
  <dc:description>generated by python-docx</dc:description>
  <cp:lastModifiedBy>HP</cp:lastModifiedBy>
  <cp:revision>4</cp:revision>
  <cp:lastPrinted>2026-10-02T01:22:00Z</cp:lastPrinted>
  <dcterms:created xsi:type="dcterms:W3CDTF">2026-10-02T00:52:00Z</dcterms:created>
  <dcterms:modified xsi:type="dcterms:W3CDTF">2026-10-02T01:22:00Z</dcterms:modified>
  <cp:category/>
</cp:coreProperties>
</file>